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全平台封禁用户列表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1、全平台（账号下）封禁的聊天室用户列表（包括禁言、踢人等）</w:t>
        <w:br/>
        <w:t>2、接口支持https协议</w:t>
        <w:br/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http://api.polyv.net/live/v4/chat/forbid/list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分页大小，默认10，最大1000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http://api.polyv.net/live/v4/chat/forbid/list?appId=fso8gzbxlr&amp;timestamp=1621675923000&amp;pageNumber=1&amp;pageSize=10&amp;sign=88929522E99A082046519B7CF264D76C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禁言数据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封禁（包括禁言、踢人）用户列表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是否被禁言，Y是，N不是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kicked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是否被踢人，Y是，N不是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操作的时间戳（13位）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br/>
        <w:t>/**</w:t>
        <w:br/>
        <w:t xml:space="preserve"> * 查询全平台封禁用户列表</w:t>
        <w:br/>
        <w:t xml:space="preserve"> * @throws IOException</w:t>
        <w:br/>
        <w:t xml:space="preserve"> */</w:t>
        <w:br/>
        <w:t>@Test</w:t>
        <w:br/>
        <w:t>public void testForbidUserList()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"http://api.polyv.net/live/v4/chat/forbid/list";</w:t>
        <w:br/>
        <w:tab/>
        <w:tab/>
        <w:t>String page = String.valueOf(1);</w:t>
        <w:br/>
        <w:tab/>
        <w:tab/>
        <w:t>String size = String.valueOf(10);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requestMap.put("pageNumber",page);</w:t>
        <w:br/>
        <w:t xml:space="preserve">        requestMap.put("pageSize",size);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log.info("查询全平台封禁用户列表接口返回值：{}",response);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pPr>
        <w:pStyle w:val="Heading3"/>
      </w:pPr>
      <w: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"pageSize": 10,</w:t>
        <w:br/>
        <w:t xml:space="preserve">        "pageNumber": 1,</w:t>
        <w:br/>
        <w:t xml:space="preserve">        "totalItems": 2,</w:t>
        <w:br/>
        <w:t xml:space="preserve">        "contents": [</w:t>
        <w:br/>
        <w:t xml:space="preserve">          {</w:t>
        <w:br/>
        <w:t xml:space="preserve">            "nickName": "造数据用户3328",</w:t>
        <w:br/>
        <w:t xml:space="preserve">            "viewerId": "618948782650200",</w:t>
        <w:br/>
        <w:t xml:space="preserve">            "operationTime": 1693980442776,</w:t>
        <w:br/>
        <w:t xml:space="preserve">            "banned": "Y",</w:t>
        <w:br/>
        <w:t xml:space="preserve">            "kicked": "Y"</w:t>
        <w:br/>
        <w:t xml:space="preserve">          },</w:t>
        <w:br/>
        <w:t xml:space="preserve">          {</w:t>
        <w:br/>
        <w:t xml:space="preserve">            "nickName": "数字房间号-造数据用户3364",</w:t>
        <w:br/>
        <w:t xml:space="preserve">            "viewerId": "618964027359200",</w:t>
        <w:br/>
        <w:t xml:space="preserve">            "operationTime": 1693980442771,</w:t>
        <w:br/>
        <w:t xml:space="preserve">            "banned": "Y",</w:t>
        <w:br/>
        <w:t xml:space="preserve">            "kicked": "Y"</w:t>
        <w:br/>
        <w:t xml:space="preserve">          }</w:t>
        <w:br/>
        <w:t xml:space="preserve">        ]</w:t>
        <w:br/>
        <w:t xml:space="preserve">    }</w:t>
        <w:br/>
        <w:t>}</w:t>
      </w:r>
    </w:p>
    <w:p>
      <w:pPr>
        <w:pStyle w:val="Heading3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全平台封禁用户列表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