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查询频道踢人列表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1、通过频道号，查询踢人列表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http://api.polyv.net/live/v3/channel/chat/list-kicked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http://api.polyv.net/live/v3/channel/chat/list-kicked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appId=frlr1zazn3&amp;sign=815A35BC0A4666E4BC14FB04A8C55D82&amp;channelId=2191569&amp;timestamp=1616640471944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被踢人的分页数据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用户身份manager：管理员teacher：讲师assistant：助教guest：嘉宾viewer：参与者slice/student：观看者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查询频道踢人列表</w:t>
        <w:br/>
        <w:t xml:space="preserve"> * @throws IOException</w:t>
        <w:br/>
        <w:t xml:space="preserve"> */</w:t>
        <w:br/>
        <w:t>@Test</w:t>
        <w:br/>
        <w:t>public void testGetChannelKickedUserList()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"http://api.polyv.net/live/v3/channel/chat/list-kicked";</w:t>
        <w:br/>
        <w:t xml:space="preserve">        String channelId = "2191569";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log.info("测试查询频道踢人列表接口返回值：{}",response);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"banned": true,</w:t>
        <w:br/>
        <w:t xml:space="preserve">      "channelId": "2191569",</w:t>
        <w:br/>
        <w:t xml:space="preserve">      "clientIp": "59.41.20.74",</w:t>
        <w:br/>
        <w:t xml:space="preserve">      "nick": "卉",</w:t>
        <w:br/>
        <w:t xml:space="preserve">      "param4": "oi_ubswUnFt8QQFAAEJbKmd8W9BE",</w:t>
        <w:br/>
        <w:t xml:space="preserve">      "pic": "https://thirdwx.qlogo.cn/mmopen/vi_32/3lMXVJoLMLJibnkFuA23lyqj5MOQufhW5ATvHuB8byssutficHKU0u7OMx5OQgg9WNVuHf44AXfbAMMAZejuYFTg/132",</w:t>
        <w:br/>
        <w:t xml:space="preserve">      "roomId": "2191569",</w:t>
        <w:br/>
        <w:t xml:space="preserve">      "uid": "xw5hNBg77lGOcx5fADoX",</w:t>
        <w:br/>
        <w:t xml:space="preserve">      "userId": "ovtl9t_RxnrTdqkXqkT5Q5lnxp2A",</w:t>
        <w:br/>
        <w:t xml:space="preserve">      "userType": "slice"</w:t>
        <w:br/>
        <w:t xml:space="preserve">    }</w:t>
        <w:br/>
        <w:t xml:space="preserve">  ]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查询频道踢人列表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