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全平台取消踢人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1、通过登录聊天室的userId，取消踢出用户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http://api.polyv.net/live/v4/chat/forbid/unkick-users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需要取消踢人的用户ID列表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需要取消踢人的用户ID列表对应的用户昵称列表，跟viewerIds一一对应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http://api.polyv.net/live/v4/chat/forbid/unkick-users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appId=frlr1zazn3&amp;sign=19E2B706E637BDDD0AC6865DA8E1FF8E&amp;timestamp=1621843261592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"viewerIds":["20230907_2","20230907_1"],</w:t>
        <w:br/>
        <w:t xml:space="preserve">  "nickNames":["22","11"]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成功返回“SUCCESS”，错误返回空字符串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LoggerFactory.getLogger(ChatBannedTest.class);</w:t>
        <w:br/>
        <w:t>/**</w:t>
        <w:br/>
        <w:t xml:space="preserve"> * 聊天室全平台取消踢人</w:t>
        <w:br/>
        <w:t xml:space="preserve"> * @throws IOException</w:t>
        <w:br/>
        <w:t xml:space="preserve"> */</w:t>
        <w:br/>
        <w:t>@Test</w:t>
        <w:br/>
        <w:t>public void testForbidUnkickUsers()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t xml:space="preserve">        //业务参数</w:t>
        <w:br/>
        <w:t xml:space="preserve">        String url = "http://api.polyv.net/live/v4/chat/forbid/unkick-users";</w:t>
        <w:br/>
        <w:br/>
        <w:t xml:space="preserve">        //http 调用逻辑</w:t>
        <w:br/>
        <w:t xml:space="preserve">        Map&lt;String, String&gt; requestMap = new HashMap&lt;&gt;();</w:t>
        <w:br/>
        <w:t xml:space="preserve">        requestMap.put("appId", appId);</w:t>
        <w:br/>
        <w:t xml:space="preserve">        requestMap.put("timestamp", timestamp);</w:t>
        <w:br/>
        <w:br/>
        <w:t xml:space="preserve">        requestMap.put("sign", LiveSignUtil.getSign(requestMap, appSecret));</w:t>
        <w:br/>
        <w:br/>
        <w:t xml:space="preserve">        String body = "{ \"viewerIds\":[\"20230907_2\",\"20230907_1\"],\"nickNames\":[\"22\",\"11\"]}";</w:t>
        <w:br/>
        <w:t xml:space="preserve">        url = HttpUtil.appendUrl(url, requestMap);</w:t>
        <w:br/>
        <w:t xml:space="preserve">        String response = HttpUtil.postJsonBody(url,body,null);</w:t>
        <w:br/>
        <w:br/>
        <w:t xml:space="preserve">        log.info("测试聊天室全平台取消踢人接口，返回值：{}", response);</w:t>
        <w:br/>
        <w:t xml:space="preserve">        //do somethings</w:t>
        <w:br/>
        <w:br/>
        <w:t>}</w:t>
        <w:br/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"",</w:t>
        <w:br/>
        <w:t xml:space="preserve">  "data": "SUCCESS"</w:t>
        <w:br/>
        <w:t>}</w:t>
        <w:br/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"invalid signature.",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全平台取消踢人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