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删除频道严禁词/禁言ip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1、取消被禁言的ip或者删除严禁词</w:t>
        <w:br/>
        <w:t>2、接口支持https协议</w:t>
        <w:br/>
        <w:t>3、接口URL中的{channelId}为"频道号"</w:t>
        <w:br/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http://api.polyv.net/live/v2/chat/{channelId}/delBanned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请求类型ip：取消已禁言IPbadword：删除严禁词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要取消的ip或者严禁词，支持传入多个ip或者严禁词，通过英文逗号","分隔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http://api.polyv.net/live/v2/chat/2191569/delBanned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appId=frlr1zazn3&amp;sign=74E4B93F60CB2C1E281D24DDA2BCEC18&amp;type=ip&amp;content=59.41.20.74&amp;timestamp=1616640170043</w:t>
        <w:br/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成功返回“success”，错误返回空字符串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LoggerFactory.getLogger(ChatBannedTest.class);</w:t>
        <w:br/>
        <w:br/>
        <w:t>/**</w:t>
        <w:br/>
        <w:t xml:space="preserve"> * 删除频道严禁词/禁言ip</w:t>
        <w:br/>
        <w:t xml:space="preserve"> * @throws IOException</w:t>
        <w:br/>
        <w:t xml:space="preserve"> */</w:t>
        <w:br/>
        <w:t>@Test</w:t>
        <w:br/>
        <w:t>public void testDeleteChannelBanned() throws IOException,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br/>
        <w:t xml:space="preserve">        //业务参数</w:t>
        <w:br/>
        <w:t xml:space="preserve">        String channelId = "2191569";</w:t>
        <w:br/>
        <w:t xml:space="preserve">        String url = "http://api.polyv.net/live/v2/chat/"+channelId+"/delBanned";</w:t>
        <w:br/>
        <w:t xml:space="preserve">        String type = "ip";</w:t>
        <w:br/>
        <w:t xml:space="preserve">        String content = "59.41.20.74";</w:t>
        <w:br/>
        <w:br/>
        <w:t xml:space="preserve">        //http 调用逻辑</w:t>
        <w:br/>
        <w:t xml:space="preserve">        Map&lt;String,String&gt; requestMap = new HashMap&lt;&gt;();</w:t>
        <w:br/>
        <w:t xml:space="preserve">        requestMap.put("appId", appId);</w:t>
        <w:br/>
        <w:t xml:space="preserve">        requestMap.put("timestamp",timestamp);</w:t>
        <w:br/>
        <w:t xml:space="preserve">        requestMap.put("type",type);</w:t>
        <w:br/>
        <w:t xml:space="preserve">        requestMap.put("content",content);</w:t>
        <w:br/>
        <w:t xml:space="preserve">        requestMap.put("sign",LiveSignUtil.getSign(requestMap, appSecret));</w:t>
        <w:br/>
        <w:t xml:space="preserve">        String response = HttpUtil.postFormBody(url, requestMap);</w:t>
        <w:br/>
        <w:t xml:space="preserve">        log.info("测试删除频道严禁词/禁言ip接口返回值：{}",response);</w:t>
        <w:br/>
        <w:br/>
        <w:t>}</w:t>
        <w:br/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"success"</w:t>
        <w:br/>
        <w:t>}</w:t>
        <w:br/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"invalid signature.",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删除频道严禁词/禁言ip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