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批量导入严禁词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1、批量导入频道或者通用的严禁词</w:t>
        <w:br/>
        <w:t>2、接口支持https协议</w:t>
        <w:br/>
        <w:t>3、接口URL中的{userId}为"直播账号ID"</w:t>
        <w:br/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http://api.polyv.net/live/v2/chat/{userId}/addBadWords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words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严禁词，json的数组格式，例如["forbiddenWords1","forbiddenWords2"]如果严禁词含有特殊字符，需要先encode一下，例：["*&amp;#@"]需要encode为["*%26%23%40"]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频道号，非必填，不提交或者传-1则设置为账号级的严禁词，对该账号的所有频道都生效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http://api.polyv.net/live/v2/chat/1b448be323/addBadWords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appId=frlr1zazn3&amp;words=["严禁词1","严禁词2"]&amp;sign=8B10AC4F3379994635A0188730049A9C&amp;channelId=2191569&amp;timestamp=1616638938499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直播账户id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为该频道严禁词的数量，如果修改全部频道，count为该该账户严禁词的全部数量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LoggerFactory.getLogger(ChatBannedTest.class);</w:t>
        <w:br/>
        <w:t>/**</w:t>
        <w:br/>
        <w:t xml:space="preserve"> * 批量导入严禁词</w:t>
        <w:br/>
        <w:t xml:space="preserve"> * @throws IOException</w:t>
        <w:br/>
        <w:t xml:space="preserve"> */</w:t>
        <w:br/>
        <w:t>@Test</w:t>
        <w:br/>
        <w:t>public void testAddBadWords()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"http://api.polyv.net/live/v2/chat/"+userId+"/addBadWords";</w:t>
        <w:br/>
        <w:t xml:space="preserve">        String words = "[\"严禁词1\",\"严禁词2\"]";</w:t>
        <w:br/>
        <w:t xml:space="preserve">        String channelId = "2191569";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requestMap.put("words",words);</w:t>
        <w:br/>
        <w:t xml:space="preserve">        requestMap.put("channelId",channelId);</w:t>
        <w:br/>
        <w:t xml:space="preserve">        requestMap.put("sign",LiveSignUtil.getSign(requestMap, appSecret));</w:t>
        <w:br/>
        <w:t xml:space="preserve">        String response = HttpUtil.postFormBody(url, requestMap);</w:t>
        <w:br/>
        <w:t xml:space="preserve">        log.info("测试批量导入严禁词接口返回值：{}",response);</w:t>
        <w:br/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{</w:t>
        <w:br/>
        <w:t xml:space="preserve">    "userId": "1b448be323",</w:t>
        <w:br/>
        <w:t xml:space="preserve">    "count": 2</w:t>
        <w:br/>
        <w:t xml:space="preserve">  }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批量导入严禁词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