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分页查询账号直播观看详情数据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1、分页获取账号下所有频道观看详情数据</w:t>
        <w:br/>
        <w:t>2、接口支持https协议</w:t>
        <w:br/>
        <w:t>3、直播观看详情数据支持查询最近3年内的历史数据，建议将历史数据导出到本地储存，以便后续查询。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http://api.polyv.net/live/v3/user/statistics/viewlog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2、如果查询一段时间的记录，可以传：startDate、endDate （startDate和endDate 必须在同一个月）；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3、观看时长数据的生成有3-5分钟的延迟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查询开始时间，格式:yyyy-MM-dd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查询结束时间，格式:yyyy-MM-dd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频道ID，不传查询所有频道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观看类型，live：直播，vod：回放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http://api.polyv.net/live/v3/user/statistics/viewlog?endDate=2022-03-28+09%3A55%3A56&amp;appId=frlr1zazn3&amp;sign=B808C92E6EC692D0210704C5AF93063D&amp;watchType=live&amp;startDate=2022-03-25+16%3A29%3A55&amp;channelId=2909053&amp;timestamp=1649210306097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请求成功时为直播观看日志有关信息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停留时长，单位：秒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观看日志类型，默认为livevod：观看回放live：直播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 或者不传：普通直播1：超低延迟直播 rts （已经没有在使用）2：PRTC直播（无延迟）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进入页面时间，13位毫秒级时间戳，部分情况返回为null，非特殊说明，请使用createdTime替代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退出页面时间，13位毫秒级时间戳，部分情况返回为null，非特殊说明，请使用createdTime+stayDuration替代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@Test</w:t>
        <w:br/>
        <w:t>public void getChannelCardPush2()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"http://api.polyv.net/live/v3/user/statistics/viewlog";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requestMap.put("startDate", "2022-03-25 16:29:55");</w:t>
        <w:br/>
        <w:t xml:space="preserve">    requestMap.put("endDate", "2022-03-28 09:55:56");</w:t>
        <w:br/>
        <w:t xml:space="preserve">    requestMap.put("channelId", "2909053");</w:t>
        <w:br/>
        <w:t xml:space="preserve">    requestMap.put("watchType", "live");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log.info("测试查询频道卡片推送列表，返回值：{}",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</w:t>
        <w:br/>
        <w:t xml:space="preserve">    {</w:t>
        <w:br/>
        <w:t xml:space="preserve">        "pageSize": 1000,</w:t>
        <w:br/>
        <w:t xml:space="preserve">        "pageNumber":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"playId": "1648432513206X1501461",</w:t>
        <w:br/>
        <w:t xml:space="preserve">                "userId": "1b448be323",</w:t>
        <w:br/>
        <w:t xml:space="preserve">                "channelId": 2909053,</w:t>
        <w:br/>
        <w:t xml:space="preserve">                "playDuration": 87,</w:t>
        <w:br/>
        <w:t xml:space="preserve">                "stayDuration": 90,</w:t>
        <w:br/>
        <w:t xml:space="preserve">                "sessionId": "g83wdgxfh6",</w:t>
        <w:br/>
        <w:t xml:space="preserve">                "param1": "1648432461504",</w:t>
        <w:br/>
        <w:t xml:space="preserve">                "param2": "回放列表观看",</w:t>
        <w:br/>
        <w:t xml:space="preserve">                "param3": "vod",</w:t>
        <w:br/>
        <w:t xml:space="preserve">                "param4": "",</w:t>
        <w:br/>
        <w:t xml:space="preserve">                "param5": "",</w:t>
        <w:br/>
        <w:t xml:space="preserve">                "ipAddress": "120.228.5.164",</w:t>
        <w:br/>
        <w:t xml:space="preserve">                "country": "中国",</w:t>
        <w:br/>
        <w:t xml:space="preserve">                "province": "湖南",</w:t>
        <w:br/>
        <w:t xml:space="preserve">                "city": "长沙",</w:t>
        <w:br/>
        <w:t xml:space="preserve">                "isp": "移动",</w:t>
        <w:br/>
        <w:t xml:space="preserve">                "referer": "https://live.polyv.cn/watch/2909053",</w:t>
        <w:br/>
        <w:t xml:space="preserve">                "userAgent": "Mozilla/5.0 (Windows NT 10.0; Win64; x64) AppleWebKit/537.36 (KHTML, like Gecko) Chrome/99.0.4844.84 Safari/537.36",</w:t>
        <w:br/>
        <w:t xml:space="preserve">                "operatingSystem": "Windows",</w:t>
        <w:br/>
        <w:t xml:space="preserve">                "browser": "Chrome 9",</w:t>
        <w:br/>
        <w:t xml:space="preserve">                "isMobile": "N",</w:t>
        <w:br/>
        <w:t xml:space="preserve">                "currentDay": "2022-03-28",</w:t>
        <w:br/>
        <w:t xml:space="preserve">                "createdTime": 1648432556000,</w:t>
        <w:br/>
        <w:t xml:space="preserve">                "lastModified": 1648443664000,</w:t>
        <w:br/>
        <w:t xml:space="preserve">                "ptype": 0,</w:t>
        <w:br/>
        <w:t xml:space="preserve">                "firstActiveTime": 1648432516000,</w:t>
        <w:br/>
        <w:t xml:space="preserve">                "lastActiveTime": 1648432606000</w:t>
        <w:br/>
        <w:t xml:space="preserve">            }],</w:t>
        <w:br/>
        <w:t xml:space="preserve">        "limit": 1,</w:t>
        <w:br/>
        <w:t xml:space="preserve">        "offset": 0,</w:t>
        <w:br/>
        <w:t xml:space="preserve">        "totalPages": 1,</w:t>
        <w:br/>
        <w:t xml:space="preserve">        "endRow": 1,</w:t>
        <w:br/>
        <w:t xml:space="preserve">        "firstPage": true,</w:t>
        <w:br/>
        <w:t xml:space="preserve">        "lastPage": true,</w:t>
        <w:br/>
        <w:t xml:space="preserve">        "prePageNumber": 1,</w:t>
        <w:br/>
        <w:t xml:space="preserve">        "nextPageNumber": 1,</w:t>
        <w:br/>
        <w:t xml:space="preserve">        "startRow": 1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分页查询账号直播观看详情数据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