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查询频道直播观看详情数据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1、获取频道观看日志</w:t>
        <w:br/>
        <w:t>2、接口URL中的{channelId}为频道号</w:t>
        <w:br/>
        <w:t>3、接口支持https协议</w:t>
        <w:br/>
        <w:t>4、直播观看详情数据支持查询最近3年内的历史数据，建议将历史数据导出到本地储存，以便后续查询。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http://api.polyv.net/live/v1/statistics/{channelId}/viewlog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2、不支持已删除频道进行数据查询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http://api.polyv.net/live/v1/statistics/1965681/viewlog?currentDay=2021-1-20&amp;appId=frlr1zazn3&amp;sign=B4A33B092F5E5B9283C9D8308E10B868&amp;userId=1b448be323&amp;param1=1b448be323&amp;timestamp=1621842550515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Result参数描述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Result参数描述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观看日志类型，默认为livevod：观看回放live：直播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 或者不传：普通直播1：超低延迟直播 rts （已经没有在使用）2：PRTC直播（无延迟）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lastActiveTime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数据入库时间，13位毫秒级时间戳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数据最后修改时间，13位毫秒级时间戳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 测试查询频道直播观看详情数据</w:t>
        <w:br/>
        <w:t xml:space="preserve"> * @throws IOException</w:t>
        <w:br/>
        <w:t xml:space="preserve"> */</w:t>
        <w:br/>
        <w:t>@Test</w:t>
        <w:br/>
        <w:t>public void testViewlog()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String.format("http://api.polyv.net/live/v1/statistics/%s/viewlog","1965681");</w:t>
        <w:br/>
        <w:t xml:space="preserve">    String currentDay = "2021-1-20";</w:t>
        <w:br/>
        <w:t xml:space="preserve">    String param1 = "1b448be323";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requestMap.put("currentDay",currentDay);</w:t>
        <w:br/>
        <w:t xml:space="preserve">    requestMap.put("userId", userId);</w:t>
        <w:br/>
        <w:t xml:space="preserve">    requestMap.put("param1",param1);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log.info("测试查询频道直播观看详情数据，返回值：{}",response);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"status":"success",</w:t>
        <w:br/>
        <w:t xml:space="preserve">    "result":[</w:t>
        <w:br/>
        <w:t xml:space="preserve">        {</w:t>
        <w:br/>
        <w:t xml:space="preserve">            "playId":"1611137360114X1320926",</w:t>
        <w:br/>
        <w:t xml:space="preserve">            "userId":"1b448be323",</w:t>
        <w:br/>
        <w:t xml:space="preserve">            "channelId":1965681,</w:t>
        <w:br/>
        <w:t xml:space="preserve">            "playDuration":182,</w:t>
        <w:br/>
        <w:t xml:space="preserve">            "stayDuration":190,</w:t>
        <w:br/>
        <w:t xml:space="preserve">            "sessionId":"fv3ma84e63",</w:t>
        <w:br/>
        <w:t xml:space="preserve">            "param1":"1b448be323",</w:t>
        <w:br/>
        <w:t xml:space="preserve">            "param2":"管理员",</w:t>
        <w:br/>
        <w:t xml:space="preserve">            "param3":"live",</w:t>
        <w:br/>
        <w:t xml:space="preserve">            "param4":"",</w:t>
        <w:br/>
        <w:t xml:space="preserve">            "param5":"",</w:t>
        <w:br/>
        <w:t xml:space="preserve">            "ipAddress":"118.249.213.240",</w:t>
        <w:br/>
        <w:t xml:space="preserve">            "country":"中国",</w:t>
        <w:br/>
        <w:t xml:space="preserve">            "province":"湖南",</w:t>
        <w:br/>
        <w:t xml:space="preserve">            "city":"长沙",</w:t>
        <w:br/>
        <w:t xml:space="preserve">            "isp":"湖南电信",</w:t>
        <w:br/>
        <w:t xml:space="preserve">            "referer":"https://live.polyv.net/#/channel/1965681/monitoring",</w:t>
        <w:br/>
        <w:t xml:space="preserve">            "userAgent":"Mozilla/5.0 (Windows NT 10.0; Win64; x64; rv:84.0) Gecko/20100101 Firefox/84.0",</w:t>
        <w:br/>
        <w:t xml:space="preserve">            "operatingSystem":"Windows",</w:t>
        <w:br/>
        <w:t xml:space="preserve">            "browser":"Firefox 8",</w:t>
        <w:br/>
        <w:t xml:space="preserve">            "isMobile":"N",</w:t>
        <w:br/>
        <w:t xml:space="preserve">            "currentDay":"2021-01-20",</w:t>
        <w:br/>
        <w:t xml:space="preserve">            "createdTime":1611137461000,</w:t>
        <w:br/>
        <w:t xml:space="preserve">            "lastModified":1611148800000,</w:t>
        <w:br/>
        <w:t xml:space="preserve">            "ptype":0</w:t>
        <w:br/>
        <w:t xml:space="preserve">        },</w:t>
        <w:br/>
        <w:t xml:space="preserve">        {</w:t>
        <w:br/>
        <w:t xml:space="preserve">            "playId":"1611127231433X1037457",</w:t>
        <w:br/>
        <w:t xml:space="preserve">            "userId":"1b448be323",</w:t>
        <w:br/>
        <w:t xml:space="preserve">            "channelId":1965681,</w:t>
        <w:br/>
        <w:t xml:space="preserve">            "playDuration":154,</w:t>
        <w:br/>
        <w:t xml:space="preserve">            "stayDuration":160,</w:t>
        <w:br/>
        <w:t xml:space="preserve">            "sessionId":"fv3hmq3qml",</w:t>
        <w:br/>
        <w:t xml:space="preserve">            "param1":"1b448be323",</w:t>
        <w:br/>
        <w:t xml:space="preserve">            "param2":"管理员",</w:t>
        <w:br/>
        <w:t xml:space="preserve">            "param3":"live",</w:t>
        <w:br/>
        <w:t xml:space="preserve">            "param4":"",</w:t>
        <w:br/>
        <w:t xml:space="preserve">            "param5":"",</w:t>
        <w:br/>
        <w:t xml:space="preserve">            "ipAddress":"118.249.213.240",</w:t>
        <w:br/>
        <w:t xml:space="preserve">            "country":"中国",</w:t>
        <w:br/>
        <w:t xml:space="preserve">            "province":"湖南",</w:t>
        <w:br/>
        <w:t xml:space="preserve">            "city":"长沙",</w:t>
        <w:br/>
        <w:t xml:space="preserve">            "isp":"湖南电信",</w:t>
        <w:br/>
        <w:t xml:space="preserve">            "referer":"https://live.polyv.net/#/channel/1965681/monitoring",</w:t>
        <w:br/>
        <w:t xml:space="preserve">            "userAgent":"Mozilla/5.0 (Windows NT 10.0; Win64; x64; rv:84.0) Gecko/20100101 Firefox/84.0",</w:t>
        <w:br/>
        <w:t xml:space="preserve">            "operatingSystem":"Windows",</w:t>
        <w:br/>
        <w:t xml:space="preserve">            "browser":"Firefox 8",</w:t>
        <w:br/>
        <w:t xml:space="preserve">            "isMobile":"N",</w:t>
        <w:br/>
        <w:t xml:space="preserve">            "currentDay":"2021-01-20",</w:t>
        <w:br/>
        <w:t xml:space="preserve">            "createdTime":1611127282000,</w:t>
        <w:br/>
        <w:t xml:space="preserve">            "lastModified":1611138733000,</w:t>
        <w:br/>
        <w:t xml:space="preserve">            "ptype":0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"code":"invalid.request",</w:t>
        <w:br/>
        <w:t xml:space="preserve">    "msg":"signature error."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查询频道直播观看详情数据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