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查询频道某段时间的直播观看详情数据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1、通过频道号获取该频道某段时间的直播观看的统计数据</w:t>
        <w:br/>
        <w:t>2、接口URL中的{channelId}为频道号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http://api.polyv.net/live/v2/statistics/{channelId}/summary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startDay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开始日期，格式：yyyy-MM-dd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endDay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结束日期，格式：yyyy-MM-dd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http://api.polyv.net/live/v2/statistics/1965681/summary?startDay=2020-1-1&amp;appId=frlr1zazn3&amp;endDay=2020-5-11&amp;sign=311D8B0532DC5BC3F75CE25F4A9EF36A&amp;timestamp=1621842602591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状态值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result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相应的结果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Result参数描述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Result参数描述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currentDay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查询日期，格式：yyyy-MM-dd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直播账号ID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pcPlayDuration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PC端播放时长，单位：分钟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pcVideoView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PC端总播放量，类似PV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mobilePlayDuration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移动端播放时长，单位：分钟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mobileVideoView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移动端总播放量，类似PV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mobileUniqueViewer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移动端唯一观众数，类似UV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记录添加的时间，13位毫秒级时间戳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lastModified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记录修改的时间，13位毫秒级时间戳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creatorId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创建账号的子账号用户ID（为空则为主账号创建）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creatorName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创建频道的子账号名称（主账号创建的则显示"主账号"）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LoggerFactory.getLogger(ChannelViewDataTest.class);</w:t>
        <w:br/>
        <w:t>/**</w:t>
        <w:br/>
        <w:t xml:space="preserve"> * 查询频道某段时间的直播观看详情数据</w:t>
        <w:br/>
        <w:t xml:space="preserve"> * @throws IOException</w:t>
        <w:br/>
        <w:t xml:space="preserve"> */</w:t>
        <w:br/>
        <w:t>@Test</w:t>
        <w:br/>
        <w:t>public void testSummary()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userId = super.userId;</w:t>
        <w:br/>
        <w:t xml:space="preserve">    String timestamp = String.valueOf(System.currentTimeMillis());</w:t>
        <w:br/>
        <w:t xml:space="preserve">    //业务参数</w:t>
        <w:br/>
        <w:t xml:space="preserve">    String url = String.format("http://api.polyv.net/live/v2/statistics/%s/summary","1965681");</w:t>
        <w:br/>
        <w:t xml:space="preserve">    String startDay = "2020-1-1";</w:t>
        <w:br/>
        <w:t xml:space="preserve">    String endDay = "2020-5-11";</w:t>
        <w:br/>
        <w:br/>
        <w:t xml:space="preserve">    //http 调用逻辑</w:t>
        <w:br/>
        <w:t xml:space="preserve">    Map&lt;String,String&gt; requestMap = new HashMap&lt;&gt;();</w:t>
        <w:br/>
        <w:t xml:space="preserve">    requestMap.put("appId", appId);</w:t>
        <w:br/>
        <w:t xml:space="preserve">    requestMap.put("timestamp",timestamp);</w:t>
        <w:br/>
        <w:t xml:space="preserve">    requestMap.put("startDay",startDay);</w:t>
        <w:br/>
        <w:t xml:space="preserve">    requestMap.put("endDay",endDay);</w:t>
        <w:br/>
        <w:t xml:space="preserve">    requestMap.put("sign",LiveSignUtil.getSign(requestMap, appSecret));</w:t>
        <w:br/>
        <w:t xml:space="preserve">    String response = HttpUtil.get(url, requestMap);</w:t>
        <w:br/>
        <w:t xml:space="preserve">    log.info("测试查询频道某段时间的直播观看详情数据，返回值：{}",response);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"status":"success",</w:t>
        <w:br/>
        <w:t xml:space="preserve">    "result":[</w:t>
        <w:br/>
        <w:t xml:space="preserve">        {</w:t>
        <w:br/>
        <w:t xml:space="preserve">            "currentDay":"2020-10-20",</w:t>
        <w:br/>
        <w:t xml:space="preserve">            "channelId":1965681,</w:t>
        <w:br/>
        <w:t xml:space="preserve">            "userId":"1b448be323",</w:t>
        <w:br/>
        <w:t xml:space="preserve">            "pcPlayDuration":7,</w:t>
        <w:br/>
        <w:t xml:space="preserve">            "pcVideoView":7,</w:t>
        <w:br/>
        <w:t xml:space="preserve">            "pcUniqueViewer":1,</w:t>
        <w:br/>
        <w:t xml:space="preserve">            "mobilePlayDuration":0,</w:t>
        <w:br/>
        <w:t xml:space="preserve">            "mobileVideoView":0,</w:t>
        <w:br/>
        <w:t xml:space="preserve">            "mobileUniqueViewer":0,</w:t>
        <w:br/>
        <w:t xml:space="preserve">            "createdTime":1603218100000,</w:t>
        <w:br/>
        <w:t xml:space="preserve">            "lastModified":1603218100000,</w:t>
        <w:br/>
        <w:t xml:space="preserve">            "creatorId":"1b448be323",</w:t>
        <w:br/>
        <w:t xml:space="preserve">            "creatorName":"主账号"</w:t>
        <w:br/>
        <w:t xml:space="preserve">        },</w:t>
        <w:br/>
        <w:t xml:space="preserve">        {</w:t>
        <w:br/>
        <w:t xml:space="preserve">            "currentDay":"2020-10-26",</w:t>
        <w:br/>
        <w:t xml:space="preserve">            "channelId":1965681,</w:t>
        <w:br/>
        <w:t xml:space="preserve">            "userId":"1b448be323",</w:t>
        <w:br/>
        <w:t xml:space="preserve">            "pcPlayDuration":17,</w:t>
        <w:br/>
        <w:t xml:space="preserve">            "pcVideoView":12,</w:t>
        <w:br/>
        <w:t xml:space="preserve">            "pcUniqueViewer":1,</w:t>
        <w:br/>
        <w:t xml:space="preserve">            "mobilePlayDuration":2,</w:t>
        <w:br/>
        <w:t xml:space="preserve">            "mobileVideoView":1,</w:t>
        <w:br/>
        <w:t xml:space="preserve">            "mobileUniqueViewer":1,</w:t>
        <w:br/>
        <w:t xml:space="preserve">            "createdTime":1603736505000,</w:t>
        <w:br/>
        <w:t xml:space="preserve">            "lastModified":1603736505000,</w:t>
        <w:br/>
        <w:t xml:space="preserve">            "creatorId":"1b448be323",</w:t>
        <w:br/>
        <w:t xml:space="preserve">            "creatorName":"主账号"</w:t>
        <w:br/>
        <w:t xml:space="preserve">        },</w:t>
        <w:br/>
        <w:t xml:space="preserve">        {</w:t>
        <w:br/>
        <w:t xml:space="preserve">            "currentDay":"2020-11-12",</w:t>
        <w:br/>
        <w:t xml:space="preserve">            "channelId":1965681,</w:t>
        <w:br/>
        <w:t xml:space="preserve">            "userId":"1b448be323",</w:t>
        <w:br/>
        <w:t xml:space="preserve">            "pcPlayDuration":1,</w:t>
        <w:br/>
        <w:t xml:space="preserve">            "pcVideoView":1,</w:t>
        <w:br/>
        <w:t xml:space="preserve">            "pcUniqueViewer":1,</w:t>
        <w:br/>
        <w:t xml:space="preserve">            "mobilePlayDuration":0,</w:t>
        <w:br/>
        <w:t xml:space="preserve">            "mobileVideoView":0,</w:t>
        <w:br/>
        <w:t xml:space="preserve">            "mobileUniqueViewer":0,</w:t>
        <w:br/>
        <w:t xml:space="preserve">            "createdTime":1605205271000,</w:t>
        <w:br/>
        <w:t xml:space="preserve">            "lastModified":1605205271000,</w:t>
        <w:br/>
        <w:t xml:space="preserve">            "creatorId":"1b448be323",</w:t>
        <w:br/>
        <w:t xml:space="preserve">            "creatorName":"主账号"</w:t>
        <w:br/>
        <w:t xml:space="preserve">        },</w:t>
        <w:br/>
        <w:t xml:space="preserve">        {</w:t>
        <w:br/>
        <w:t xml:space="preserve">            "currentDay":"2020-12-03",</w:t>
        <w:br/>
        <w:t xml:space="preserve">            "channelId":1965681,</w:t>
        <w:br/>
        <w:t xml:space="preserve">            "userId":"1b448be323",</w:t>
        <w:br/>
        <w:t xml:space="preserve">            "pcPlayDuration":1,</w:t>
        <w:br/>
        <w:t xml:space="preserve">            "pcVideoView":1,</w:t>
        <w:br/>
        <w:t xml:space="preserve">            "pcUniqueViewer":1,</w:t>
        <w:br/>
        <w:t xml:space="preserve">            "mobilePlayDuration":0,</w:t>
        <w:br/>
        <w:t xml:space="preserve">            "mobileVideoView":0,</w:t>
        <w:br/>
        <w:t xml:space="preserve">            "mobileUniqueViewer":0,</w:t>
        <w:br/>
        <w:t xml:space="preserve">            "createdTime":1607019680000,</w:t>
        <w:br/>
        <w:t xml:space="preserve">            "lastModified":1607019680000,</w:t>
        <w:br/>
        <w:t xml:space="preserve">            "creatorId":"1b448be323",</w:t>
        <w:br/>
        <w:t xml:space="preserve">            "creatorName":"主账号"</w:t>
        <w:br/>
        <w:t xml:space="preserve">        }</w:t>
        <w:br/>
        <w:t xml:space="preserve">    ]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"code":"invalid.request",</w:t>
        <w:br/>
        <w:t xml:space="preserve">    "msg":"signature error."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查询频道某段时间的直播观看详情数据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