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查询频道实时并发数据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1、在直播中，查询频道实时在线人数</w:t>
        <w:br/>
        <w:t>2、接口URL中的{channelId}为频道号</w:t>
        <w:br/>
        <w:t>3、接口支持https协议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http://api.polyv.net/live/v1/statistics/{channelId}/realtime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2、每个频道返回最近2分半钟（10秒一个点，15条数据）的实时在线人数信息。每个频道的结果列表按照时间降序排序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直播账号ID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http://api.polyv.net/live/v1/statistics/1965681/realtime?appId=frlr1zazn3&amp;sign=CA1500965A0589D8DC65713B33F63B2D&amp;userId=1b448be323&amp;timestamp=1621842236528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状态值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result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相应的结果【详见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Result参数描述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r>
        <w:rPr>
          <w:rFonts w:ascii="Source Han Sans SC" w:hAnsi="Source Han Sans SC" w:eastAsia="Source Han Sans SC" w:cs="Source Han Sans SC" w:hint="eastAsia"/>
          <w:sz w:val="21"/>
        </w:rPr>
        <w:t>Result参数描述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统计的时间，格式：HH:mm:ss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count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某个时间，实时观看人数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LoggerFactory.getLogger(ChannelViewDataTest.class);</w:t>
        <w:br/>
        <w:t>/**</w:t>
        <w:br/>
        <w:t xml:space="preserve"> * 查询频道实时并发数据</w:t>
        <w:br/>
        <w:t xml:space="preserve"> * @throws IOException</w:t>
        <w:br/>
        <w:t xml:space="preserve"> */</w:t>
        <w:br/>
        <w:t>@Test</w:t>
        <w:br/>
        <w:t>public void testRealtime() throws IOException, NoSuchAlgorithmException {</w:t>
        <w:br/>
        <w:t xml:space="preserve">    //公共参数,填写自己的实际参数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String.format("http://api.polyv.net/live/v1/statistics/%s/realtime","1965681");</w:t>
        <w:br/>
        <w:br/>
        <w:t xml:space="preserve">    //http 调用逻辑</w:t>
        <w:br/>
        <w:t xml:space="preserve">    Map&lt;String,String&gt; requestMap = new HashMap&lt;&gt;();</w:t>
        <w:br/>
        <w:t xml:space="preserve">    requestMap.put("appId", appId);</w:t>
        <w:br/>
        <w:t xml:space="preserve">    requestMap.put("timestamp",timestamp);</w:t>
        <w:br/>
        <w:t xml:space="preserve">    requestMap.put("userId",userId);</w:t>
        <w:br/>
        <w:t xml:space="preserve">    requestMap.put("sign",LiveSignUtil.getSign(requestMap, appSecret));</w:t>
        <w:br/>
        <w:t xml:space="preserve">    String response = HttpUtil.get(url, requestMap);</w:t>
        <w:br/>
        <w:t xml:space="preserve">    log.info("测试查询频道实时并发数据，返回值：{}",response);</w:t>
        <w:br/>
        <w:t xml:space="preserve">    //do somethings</w:t>
        <w:br/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请求成功示例：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"status":"success",</w:t>
        <w:br/>
        <w:t xml:space="preserve">    "result":[</w:t>
        <w:br/>
        <w:t xml:space="preserve">        {</w:t>
        <w:br/>
        <w:t xml:space="preserve">            "count":"0",</w:t>
        <w:br/>
        <w:t xml:space="preserve">            "time":"09:55:50"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"time":"09:55:40"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"time":"09:55:30"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"time":"09:55:20"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"time":"09:55:10"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"time":"09:55:00"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"time":"09:54:50"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"time":"09:54:40"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"time":"09:54:30"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"time":"09:54:20"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"time":"09:54:10"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"time":"09:54:00"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"time":"09:53:50"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"time":"09:53:40"</w:t>
        <w:br/>
        <w:t xml:space="preserve">        },</w:t>
        <w:br/>
        <w:t xml:space="preserve">        {</w:t>
        <w:br/>
        <w:t xml:space="preserve">            "count":"0",</w:t>
        <w:br/>
        <w:t xml:space="preserve">            "time":"09:53:30"</w:t>
        <w:br/>
        <w:t xml:space="preserve">        }</w:t>
        <w:br/>
        <w:t xml:space="preserve">    ]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请求失败示例：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"code":"invalid.request",</w:t>
        <w:br/>
        <w:t xml:space="preserve">    "msg":"signature error."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查询频道实时并发数据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