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查询频道连麦使用量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1、分页获取频道连麦使用详情，默认查询账号下的所有频道</w:t>
        <w:br/>
        <w:t>2、支持账号、批量频道获取连麦情况使用详情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http://api.polyv.net/live/v3/channel/statistics/mic/list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频道号，使用英文逗号分开，如：100000,100001，默认查询所有频道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http://api.polyv.net/live/v3/channel/statistics/mic/list?size=1000&amp;startDay=2020-1-1&amp;appId=frlr1zazn3&amp;endDay=2021-2-11&amp;sign=EE4F5413AEEF3CE5557CD2B44338AD8C&amp;page=1&amp;channelIds=1965681%2C1958888&amp;timestamp=1621844590076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请求成功时为连麦使用有关信息【详见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使用连麦分钟数，单位：分钟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 测试查询频道连麦详情数据</w:t>
        <w:br/>
        <w:t xml:space="preserve"> * @throws IOException</w:t>
        <w:br/>
        <w:t xml:space="preserve"> */</w:t>
        <w:br/>
        <w:t>@Test</w:t>
        <w:br/>
        <w:t>public void testMicDetailList()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"http://api.polyv.net/live/v3/channel/statistics/mic/list";</w:t>
        <w:br/>
        <w:t xml:space="preserve">    String size = "1000";</w:t>
        <w:br/>
        <w:t xml:space="preserve">    String page = "1";</w:t>
        <w:br/>
        <w:t xml:space="preserve">    String startDay = "2020-1-1";</w:t>
        <w:br/>
        <w:t xml:space="preserve">    String endDay = "2021-2-11";</w:t>
        <w:br/>
        <w:t xml:space="preserve">    String channelIds = "1965681,1958888";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requestMap.put("size",size);</w:t>
        <w:br/>
        <w:t xml:space="preserve">    requestMap.put("page",page);</w:t>
        <w:br/>
        <w:t xml:space="preserve">    requestMap.put("startDay",startDay);</w:t>
        <w:br/>
        <w:t xml:space="preserve">    requestMap.put("endDay", endDay);</w:t>
        <w:br/>
        <w:t xml:space="preserve">    requestMap.put("channelIds", channelIds);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log.info("测试查询频道连麦详情数据，返回值：{}",response);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"pageSize":1000,</w:t>
        <w:br/>
        <w:t xml:space="preserve">        "pageNumber":1,</w:t>
        <w:br/>
        <w:t xml:space="preserve">        "totalItems":3,</w:t>
        <w:br/>
        <w:t xml:space="preserve">        "contents":[</w:t>
        <w:br/>
        <w:t xml:space="preserve">            {</w:t>
        <w:br/>
        <w:t xml:space="preserve">                "userId":"1b448be323",</w:t>
        <w:br/>
        <w:t xml:space="preserve">                "channelId":1965681,</w:t>
        <w:br/>
        <w:t xml:space="preserve">                "currentDay":"2020-12-03",</w:t>
        <w:br/>
        <w:t xml:space="preserve">                "history":2</w:t>
        <w:br/>
        <w:t xml:space="preserve">            },</w:t>
        <w:br/>
        <w:t xml:space="preserve">            {</w:t>
        <w:br/>
        <w:t xml:space="preserve">                "userId":"1b448be323",</w:t>
        <w:br/>
        <w:t xml:space="preserve">                "channelId":1965681,</w:t>
        <w:br/>
        <w:t xml:space="preserve">                "currentDay":"2020-10-28",</w:t>
        <w:br/>
        <w:t xml:space="preserve">                "history":0</w:t>
        <w:br/>
        <w:t xml:space="preserve">            },</w:t>
        <w:br/>
        <w:t xml:space="preserve">            {</w:t>
        <w:br/>
        <w:t xml:space="preserve">                "userId":"1b448be323",</w:t>
        <w:br/>
        <w:t xml:space="preserve">                "channelId":1965681,</w:t>
        <w:br/>
        <w:t xml:space="preserve">                "currentDay":"2020-10-21",</w:t>
        <w:br/>
        <w:t xml:space="preserve">                "history":1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"totalPages":1,</w:t>
        <w:br/>
        <w:t xml:space="preserve">        "limit":3,</w:t>
        <w:br/>
        <w:t xml:space="preserve">        "nextPageNumber":1,</w:t>
        <w:br/>
        <w:t xml:space="preserve">        "endRow":3,</w:t>
        <w:br/>
        <w:t xml:space="preserve">        "offset":0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查询频道连麦使用量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