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查询频道连麦详情数据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1、接口用于查询某个频道的一段时间区间内的连麦详情数据，支持分页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http://api.polyv.net/live/v3/channel/mic/log/list-detail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2、该接口查询的数据并不是实时的，当日数据需在次日下午才开始生产数据，不同RTC厂商处理、生产数据耗时不同，生产数据耗时约为6\~48小时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3、startDate和endDate相隔不可以超过30天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开始日期，格式：yyyy-MM-dd，如2020-10-01，时间范围不能超过30天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结束日期，格式：yyyy-MM-dd，如2020-10-01，时间范围不能超过30天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每页数据大小，默认500条，最大5000条，超过5000条可以分多批拉取，每次page加1，直到返回列表contents为空为止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http://api.polyv.net/live/v3/channel/mic/log/list-detail?endDate=2020-12-03&amp;appId=frlr1zazn3&amp;sign=F8ABBFE2C714CE6601D2551928EA704A&amp;pageSize=2&amp;page=1&amp;userId=1b448be323&amp;channelId=1965681&amp;startDate=2020-12-01&amp;timestamp=1621842680333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请求成功时为连麦详情信息【详见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每页记录大小，默认500条，最大5000条，超过5000条可以分多批拉取，每次page加1，直到返回列表contents为空为止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身份guest：嘉宾student：学员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 rtc 的时间，13位毫秒时间戳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leaveTime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 rtc 的时间，13位毫秒时间戳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连麦时长(分钟数)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查询频道连麦详情数据</w:t>
        <w:br/>
        <w:t xml:space="preserve"> * @throws IOException</w:t>
        <w:br/>
        <w:t xml:space="preserve"> */</w:t>
        <w:br/>
        <w:t>@Test</w:t>
        <w:br/>
        <w:t>public void testLinkMicDetailList()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"https://api.polyv.net/live/v3/channel/mic/log/list-detail";</w:t>
        <w:br/>
        <w:t xml:space="preserve">    String channelId = "1965681";</w:t>
        <w:br/>
        <w:t xml:space="preserve">    String startDate = "2020-12-01";</w:t>
        <w:br/>
        <w:t xml:space="preserve">    String endDate = "2020-12-03";</w:t>
        <w:br/>
        <w:t xml:space="preserve">    String page = "1";</w:t>
        <w:br/>
        <w:t xml:space="preserve">    String pageSize = "2";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requestMap.put("userId",userId);</w:t>
        <w:br/>
        <w:t xml:space="preserve">    requestMap.put("channelId",channelId);</w:t>
        <w:br/>
        <w:t xml:space="preserve">    requestMap.put("startDate",startDate);</w:t>
        <w:br/>
        <w:t xml:space="preserve">    requestMap.put("endDate",endDate);</w:t>
        <w:br/>
        <w:t xml:space="preserve">    requestMap.put("page",page);</w:t>
        <w:br/>
        <w:t xml:space="preserve">    requestMap.put("pageSize",pageSize);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log.info("测试查询频道连麦详情数据，返回值：{}",response);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"page":1,</w:t>
        <w:br/>
        <w:t xml:space="preserve">        "pageSize":2,</w:t>
        <w:br/>
        <w:t xml:space="preserve">        "contents":[</w:t>
        <w:br/>
        <w:t xml:space="preserve">            {</w:t>
        <w:br/>
        <w:t xml:space="preserve">                "channelId":"1965681",</w:t>
        <w:br/>
        <w:t xml:space="preserve">                "identity":"student",</w:t>
        <w:br/>
        <w:t xml:space="preserve">                "viewerId":"1606986299073",</w:t>
        <w:br/>
        <w:t xml:space="preserve">                "nickname":"",</w:t>
        <w:br/>
        <w:t xml:space="preserve">                "joinTime":1606986326000,</w:t>
        <w:br/>
        <w:t xml:space="preserve">                "leaveTime":1606986413000,</w:t>
        <w:br/>
        <w:t xml:space="preserve">                "sessionId":"ftmnaan4l3"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查询频道连麦详情数据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