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查询频道多场次概览统计数据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1、接口用于统计直播间内多场次的直播的观看数据，数据会根据场次号进行汇总，返回观看UV、观看PV等。</w:t>
        <w:br/>
        <w:t>2、接口支持https协议</w:t>
        <w:br/>
        <w:t>3、需要在直播完成后一小时才生成最新场次的统计数据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http://api.polyv.net/live/v3/channel/statistics/get-session-stats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2、场次ID和直播开始结束时间必填一项，场次ID和直播开始结束时间同时存在的情况下，只取场次ID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3、startTime和endTime相隔不可以超过30天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4、观看时长是根据每条观看记录向上取整(不足1分钟按1分钟计算)，最后再相加后的结果。例如：单条观看记录时长为1分36秒，统计时会计算为2分钟。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sessionIds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场次ID，多个场次使用逗号分隔，如：fw82mayhuy,fvipafupmh，场次ID和直播开始结束时间必填一项，场次ID和直播开始结束时间同时存在时，使用场次ID进行查询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直播开始时间，13位毫秒级时间戳，开始时间和结束时间相隔不可以超过30天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直播结束时间，13位毫秒级时间戳，场次ID和直播开始结束时间必填一项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statistics/get-session-stats?appId=frlr1zazn3&amp;sign=F4DF8748424C8FDCE3DBF9C96C134C1A&amp;startTime=1621842273181&amp;endTime=1621842273181&amp;userId=1b448be323&amp;channelId=1965681&amp;timestamp=1621842273181&amp;sessionIds=ftmnaan4l3%2Cfv3ma84e63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请求成功时为直播观看数据信息【详见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】，请求失败时为空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Data参数描述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list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直播间内多场次的观看数据列表【详见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List参数描述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List参数描述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sessionId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场次ID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场次名称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场次开始时间，13位毫秒级时间戳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场次结束时间，13位毫秒级时间戳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直播时长，单位秒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liveUV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直播观看用户数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livePV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直播观看次数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playbackUV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回放观看用户数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playbackPV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回放观看次数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totalPlayDuration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观看直播总时长，单位秒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totalPlaybackDuration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观看回放总时长，单位秒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LoggerFactory.getLogger(ChannelViewDataTest.class);</w:t>
        <w:br/>
        <w:t>/**</w:t>
        <w:br/>
        <w:t xml:space="preserve"> * 查询频道多场次概览统计数据</w:t>
        <w:br/>
        <w:t xml:space="preserve"> * @throws IOException</w:t>
        <w:br/>
        <w:t xml:space="preserve"> */</w:t>
        <w:br/>
        <w:t>@Test</w:t>
        <w:br/>
        <w:t>public void testGetSessionStats()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userId = super.userId;</w:t>
        <w:br/>
        <w:t xml:space="preserve">    String timestamp = String.valueOf(System.currentTimeMillis());</w:t>
        <w:br/>
        <w:t xml:space="preserve">    //业务参数</w:t>
        <w:br/>
        <w:t xml:space="preserve">    String url = "https://api.polyv.net/live/v3/channel/statistics/get-session-stats";</w:t>
        <w:br/>
        <w:t xml:space="preserve">    String channelId = "1965681";</w:t>
        <w:br/>
        <w:t xml:space="preserve">    String sessionIds = "ftmnaan4l3,fv3ma84e63";</w:t>
        <w:br/>
        <w:t xml:space="preserve">    String startTime = String.valueOf(System.currentTimeMillis());</w:t>
        <w:br/>
        <w:t xml:space="preserve">    String endTime = String.valueOf(System.currentTimeMillis());</w:t>
        <w:br/>
        <w:br/>
        <w:t xml:space="preserve">    //http 调用逻辑</w:t>
        <w:br/>
        <w:t xml:space="preserve">    Map&lt;String,String&gt; requestMap = new HashMap&lt;&gt;();</w:t>
        <w:br/>
        <w:t xml:space="preserve">    requestMap.put("appId", appId);</w:t>
        <w:br/>
        <w:t xml:space="preserve">    requestMap.put("timestamp",timestamp);</w:t>
        <w:br/>
        <w:t xml:space="preserve">    requestMap.put("userId",userId);</w:t>
        <w:br/>
        <w:t xml:space="preserve">    requestMap.put("channelId",channelId);</w:t>
        <w:br/>
        <w:t xml:space="preserve">    requestMap.put("sessionIds",sessionIds);</w:t>
        <w:br/>
        <w:t xml:space="preserve">    requestMap.put("startTime",startTime);</w:t>
        <w:br/>
        <w:t xml:space="preserve">    requestMap.put("endTime",endTime);</w:t>
        <w:br/>
        <w:t xml:space="preserve">    requestMap.put("sign",LiveSignUtil.getSign(requestMap, appSecret));</w:t>
        <w:br/>
        <w:t xml:space="preserve">    String response = HttpUtil.get(url, requestMap);</w:t>
        <w:br/>
        <w:t xml:space="preserve">    log.info("测试查询频道多场次概览统计数据，返回值：{}",response);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"code":200,</w:t>
        <w:br/>
        <w:t xml:space="preserve">    "status":"success",</w:t>
        <w:br/>
        <w:t xml:space="preserve">    "message":"",</w:t>
        <w:br/>
        <w:t xml:space="preserve">    "data":{</w:t>
        <w:br/>
        <w:t xml:space="preserve">        "list":[</w:t>
        <w:br/>
        <w:t xml:space="preserve">            {</w:t>
        <w:br/>
        <w:t xml:space="preserve">                "channelId":1965681,</w:t>
        <w:br/>
        <w:t xml:space="preserve">                "sessionId":"ftmnaan4l3",</w:t>
        <w:br/>
        <w:t xml:space="preserve">                "name":"Junit测试(勿删)",</w:t>
        <w:br/>
        <w:t xml:space="preserve">                "startTime":1606986241000,</w:t>
        <w:br/>
        <w:t xml:space="preserve">                "duration":174,</w:t>
        <w:br/>
        <w:t xml:space="preserve">                "liveUV":1,</w:t>
        <w:br/>
        <w:t xml:space="preserve">                "livePV":1,</w:t>
        <w:br/>
        <w:t xml:space="preserve">                "playbackPV":0,</w:t>
        <w:br/>
        <w:t xml:space="preserve">                "playbackUV":0</w:t>
        <w:br/>
        <w:t xml:space="preserve">            },</w:t>
        <w:br/>
        <w:t xml:space="preserve">            {</w:t>
        <w:br/>
        <w:t xml:space="preserve">                "channelId":1965681,</w:t>
        <w:br/>
        <w:t xml:space="preserve">                "sessionId":"fv3ma84e63",</w:t>
        <w:br/>
        <w:t xml:space="preserve">                "name":"Junit测试(勿删)",</w:t>
        <w:br/>
        <w:t xml:space="preserve">                "startTime":1611137359000,</w:t>
        <w:br/>
        <w:t xml:space="preserve">                "duration":203,</w:t>
        <w:br/>
        <w:t xml:space="preserve">                "liveUV":1,</w:t>
        <w:br/>
        <w:t xml:space="preserve">                "livePV":1,</w:t>
        <w:br/>
        <w:t xml:space="preserve">                "playbackPV":0,</w:t>
        <w:br/>
        <w:t xml:space="preserve">                "playbackUV":0</w:t>
        <w:br/>
        <w:t xml:space="preserve">            }</w:t>
        <w:br/>
        <w:t xml:space="preserve">        ]</w:t>
        <w:br/>
        <w:t xml:space="preserve">    }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查询频道多场次概览统计数据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