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查询多个频道实时并发数据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1、获取多个频道实时在线人数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http://api.polyv.net/live/v2/statistics/get-realtime-viewers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2、每个频道返回最近一段时间内（比如：10秒一个点，15条数据，这个时间段可能会做调整，调用接口请不要写死条数。）的实时在线人数信息。每个频道的结果列表按照时间降序排序。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多个频道号，用逗号隔开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https://api.polyv.net/live/v2/statistics/get-realtime-viewers?appId=frlr1zazn3&amp;sign=D0B0EF94D4790B08EB6AE800A22497B8&amp;channelIds=1965681%2C2149813&amp;userId=1b448be323&amp;timestamp=1621842353153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请求成功时为频道实时在线人数信息【详见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数字格式，在线人数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统计的时间，格式：HH:mm:ss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LoggerFactory.getLogger(ChannelViewDataTest.class);</w:t>
        <w:br/>
        <w:t>/**</w:t>
        <w:br/>
        <w:t xml:space="preserve"> * 查询多个频道实时并发数据</w:t>
        <w:br/>
        <w:t xml:space="preserve"> * @throws IOException</w:t>
        <w:br/>
        <w:t xml:space="preserve"> */</w:t>
        <w:br/>
        <w:t>@Test</w:t>
        <w:br/>
        <w:t>public void testGetRealtimeViewers()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"https://api.polyv.net/live/v2/statistics/get-realtime-viewers";</w:t>
        <w:br/>
        <w:t xml:space="preserve">    String channelIds = "1965681,2149813";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requestMap.put("channelIds",channelIds);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log.info("测试查询多个频道实时并发数据，返回值：{}",response);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"channelId":1965681,</w:t>
        <w:br/>
        <w:t xml:space="preserve">            "time":"14:15:49",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"time":"14:15:39",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"time":"14:15:29",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"time":"14:15:19",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"time":"14:15:09",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"time":"14:14:59",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"time":"14:14:49",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"time":"14:14:39",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"time":"14:14:29",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"time":"14:14:19",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"time":"14:14:09",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"time":"14:13:59",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"time":"14:13:49",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"time":"14:13:39",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"channelId":1965681,</w:t>
        <w:br/>
        <w:t xml:space="preserve">            "time":"14:13:29",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"time":"14:15:49",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"time":"14:15:39",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"time":"14:15:29",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"time":"14:15:19",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"time":"14:15:09",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"time":"14:14:59",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"time":"14:14:49",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"time":"14:14:39",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"time":"14:14:29",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"time":"14:14:19",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"time":"14:14:09",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"time":"14:13:59",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"time":"14:13:49",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"time":"14:13:39",</w:t>
        <w:br/>
        <w:t xml:space="preserve">            "count":0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"time":"14:13:29",</w:t>
        <w:br/>
        <w:t xml:space="preserve">            "count":0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查询多个频道实时并发数据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