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查询频道历史最高并发数据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1、获取频道一定时间范围之内的历史最高并发人数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http://api.polyv.net/live/v3/channel/statistics/get-max-history-concurrent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2、时间跨度最多3个月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3、粒度只能支持到分钟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4、由于数据量和计算量大，准确并发数据次日才可查询（凌晨2点汇总）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http://api.polyv.net/live/v3/channel/statistics/get-max-history-concurrent?appId=frlr1zazn3&amp;sign=B3210BAC73B49B619981DA02CE09AAB3&amp;startTime=1609430400000&amp;endTime=1616515200000&amp;channelId=1965681&amp;timestamp=1621842497302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请求成功时为日期区间内最大的历史并发人数，请求失败时为空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查询频道历史最高并发数据</w:t>
        <w:br/>
        <w:t xml:space="preserve"> * @throws IOException</w:t>
        <w:br/>
        <w:t xml:space="preserve"> */</w:t>
        <w:br/>
        <w:t>@Test</w:t>
        <w:br/>
        <w:t>public void testGetMaxHistoryConcurrent()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"http://api.polyv.net/live/v3/channel/statistics/get-max-history-concurrent";</w:t>
        <w:br/>
        <w:t xml:space="preserve">    String channelId = "1965681";</w:t>
        <w:br/>
        <w:t xml:space="preserve">    String startTime = "1609430400000";</w:t>
        <w:br/>
        <w:t xml:space="preserve">    String endTime = "1616515200000";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t xml:space="preserve">    requestMap.put("sign",LiveSignUtil.getSign(requestMap,appSecret));</w:t>
        <w:br/>
        <w:t xml:space="preserve">    String response = HttpUtil.get(url, requestMap);</w:t>
        <w:br/>
        <w:t xml:space="preserve">    log.info("测试查询频道历史最高并发数据，返回值：{}",response);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"data":1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查询频道历史最高并发数据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