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查询频道历史并发数据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1、获取频道在某个日期区间并发人数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http://api.polyv.net/live/v3/channel/statistics/concurrence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2、开始日期和结束日期的时间跨度：最多查两个月内的数据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3、按照时间升序排序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http://api.polyv.net/live/v3/channel/statistics/concurrence?endDate=2021-3-10&amp;appId=frlr1zazn3&amp;sign=8AAC3157EBB79FF42FA07A72335864A0&amp;userId=1b448be323&amp;channelId=1965681&amp;startDate=2021-3-9&amp;timestamp=1621842387331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请求成功时为日期区间内的并发信息【详见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并发日期，格式：yyyy-MM-dd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并发时间点，格式：HH:mm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查询频道历史并发数据</w:t>
        <w:br/>
        <w:t xml:space="preserve"> * @throws IOException</w:t>
        <w:br/>
        <w:t xml:space="preserve"> */</w:t>
        <w:br/>
        <w:t>@Test</w:t>
        <w:br/>
        <w:t>public void testConcurrence()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"http://api.polyv.net/live/v3/channel/statistics/concurrence";</w:t>
        <w:br/>
        <w:t xml:space="preserve">    String channelId = "1965681";</w:t>
        <w:br/>
        <w:t xml:space="preserve">    String startDate = "2021-3-9";</w:t>
        <w:br/>
        <w:t xml:space="preserve">    String endDate = "2021-3-10";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requestMap.put("userId",userId);</w:t>
        <w:br/>
        <w:t xml:space="preserve">    requestMap.put("channelId",channelId);</w:t>
        <w:br/>
        <w:t xml:space="preserve">    requestMap.put("startDate",startDate);</w:t>
        <w:br/>
        <w:t xml:space="preserve">    requestMap.put("endDate",endDate);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log.info("测试查询频道历史并发数据，返回值：{}",response);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"day":"2021-03-09",</w:t>
        <w:br/>
        <w:t xml:space="preserve">            "minute":"00:00",</w:t>
        <w:br/>
        <w:t xml:space="preserve">            "viewers":0</w:t>
        <w:br/>
        <w:t xml:space="preserve">        },</w:t>
        <w:br/>
        <w:t xml:space="preserve">        {</w:t>
        <w:br/>
        <w:t xml:space="preserve">            "day":"2021-03-10",</w:t>
        <w:br/>
        <w:t xml:space="preserve">            "minute":"00:00",</w:t>
        <w:br/>
        <w:t xml:space="preserve">            "viewers":0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查询频道历史并发数据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