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查询后台频道统计信息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1、查询后台频道统计信息</w:t>
        <w:br/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http://api.polyv.net/live/v4/channel/statistics/channel-statistic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结束日期，格式：yyyy-MM-dd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开始日期，格式：yyyy-MM-dd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https://api.polyv.net/live/v4/channel/statistics/channel-statistic?appId=frlr1zazn3&amp;sign=739AE57DEEFD537131C7F30E85A35480&amp;channelId=3346714&amp;startDate=2023-07-01&amp;endDate=2023-07-10&amp;timestamp=1689046365000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频道统计视图对象【详见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averagePlayDuration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人均观看时长，为(观看时长/观看人数ips)向下取整，单位:分钟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averageTime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人均观看次数，为(观看次数/观看人数ips)*10后向下取整后再除10，所以有一位小数，单位：次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观看人数（根据ip地址去重）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观看人数（根据viewerId计算）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观看时长，单位:分钟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uniqueVisitor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访问人数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statisticsByViewer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是否根据viewerId统计平均观看时长和次数，Y是，N否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averagePlayDurationByViewer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人均观看时长，为(观看时长/观看人数viewers)向下取整，单位:分钟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averageTimeByViewer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人均观看次数，为(观看次数/观看人数viewers)*10后向下取整后再除10，所以有一位小数，单位：次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>* 查询后台频道统计信息</w:t>
        <w:br/>
        <w:t>* @throws IOException</w:t>
        <w:br/>
        <w:t>* @throws NoSuchAlgorithmException</w:t>
        <w:br/>
        <w:t>*/</w:t>
        <w:br/>
        <w:t>@Test</w:t>
        <w:br/>
        <w:t>public void statisticsChannelStatisticTest()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"http://api.polyv.net/live/v4/channel/statistics/channel-statistic";</w:t>
        <w:br/>
        <w:t xml:space="preserve">    String channelId = "";</w:t>
        <w:br/>
        <w:t xml:space="preserve">    String endDate = "";</w:t>
        <w:br/>
        <w:t xml:space="preserve">    String startDate = "";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requestMap.put("channelId", channelId);</w:t>
        <w:br/>
        <w:t xml:space="preserve">    requestMap.put("endDate", endDate);</w:t>
        <w:br/>
        <w:t xml:space="preserve">    requestMap.put("startDate", startDate);</w:t>
        <w:br/>
        <w:t xml:space="preserve">    requestMap.put("timestamp", timestamp);</w:t>
        <w:br/>
        <w:br/>
        <w:t xml:space="preserve">    requestMap.put("sign", LiveSignUtil.getSign(requestMap, appSecret));</w:t>
        <w:br/>
        <w:br/>
        <w:t xml:space="preserve">    String response = HttpUtil.get(url, requestMap);</w:t>
        <w:br/>
        <w:br/>
        <w:t xml:space="preserve">    log.info("测试查询后台频道统计信息成功：{}",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"a5f8e520709b454f9741570aee9625c1.74.16890463649665219",</w:t>
        <w:br/>
        <w:t xml:space="preserve">    "data": {</w:t>
        <w:br/>
        <w:t xml:space="preserve">        "uniqueVisitor": 23,</w:t>
        <w:br/>
        <w:t xml:space="preserve">        "plays": 71,</w:t>
        <w:br/>
        <w:t xml:space="preserve">        "playDuration": 928,</w:t>
        <w:br/>
        <w:t xml:space="preserve">        "ips": 24,</w:t>
        <w:br/>
        <w:t xml:space="preserve">        "averagePlayDuration": 38,</w:t>
        <w:br/>
        <w:t xml:space="preserve">        "averageTime": 2.9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查询后台频道统计信息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