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查询多个频道概览统计数据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1、根据提交的频道号，查询频道有关信息的统计数据，数据会根据频道号进行汇总，返回pc端播放时长、pc端播放流量、移动端播放时长、移动端播放流量等。</w:t>
        <w:br/>
        <w:t>2、接口URL中的{userId}为直播账号ID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http://api.polyv.net/live/v2/statistics/{userId}/channel_summary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要查询的频道号，多个频道号以英文逗号“,”分开，如105420,104400，不提交默认为查询所有频道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http://api.polyv.net/live/v2/statistics/1b448be323/channel_summary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endDate=2021-3-10&amp;appId=frlr1zazn3&amp;sign=F41732400823BE2D36DF9BF3294AC3F2&amp;channelIds=1965681%2C2149813&amp;startDate=2021-3-9&amp;timestamp=1621842318097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请求成功时为频道有关信息【详见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PC直播播放时长，单位：分钟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PC回放播放时长，单位：分钟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移动端直播播放时长，单位：分钟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移动端回放播放时长，单位：分钟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unknownPcPlayDuration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pc其他播放时长，单位：分钟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unknownMobilePlayDuration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移动端其他播放时长，单位：分钟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LoggerFactory.getLogger(ChannelViewDataTest.class);</w:t>
        <w:br/>
        <w:t>/**</w:t>
        <w:br/>
        <w:t xml:space="preserve"> * 查询多个频道概览统计数据</w:t>
        <w:br/>
        <w:t xml:space="preserve"> * @throws IOException</w:t>
        <w:br/>
        <w:t xml:space="preserve"> */</w:t>
        <w:br/>
        <w:t>@Test</w:t>
        <w:br/>
        <w:t>public void testChannelSummary()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String.format("http://api.polyv.net/live/v2/statistics/%s/channel_summary",userId);</w:t>
        <w:br/>
        <w:t xml:space="preserve">    String startDate = "2021-3-9";</w:t>
        <w:br/>
        <w:t xml:space="preserve">    String endDate = "2021-3-10";</w:t>
        <w:br/>
        <w:t xml:space="preserve">    String channelIds = "1965681,2149813";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requestMap.put("startDate",startDate);</w:t>
        <w:br/>
        <w:t xml:space="preserve">    requestMap.put("endDate",endDate);</w:t>
        <w:br/>
        <w:t xml:space="preserve">    requestMap.put("channelIds",channelIds);</w:t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log.info("测试查询多个频道概览统计数据，返回值：{}",response);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"userId":null,</w:t>
        <w:br/>
        <w:t xml:space="preserve">            "channelId":2149813,</w:t>
        <w:br/>
        <w:t xml:space="preserve">            "name":"创建并初始化频道-验证码观看直播一次",</w:t>
        <w:br/>
        <w:t xml:space="preserve">            "categoryName":null,</w:t>
        <w:br/>
        <w:t xml:space="preserve">            "pcPlayDuration":0,</w:t>
        <w:br/>
        <w:t xml:space="preserve">            "pcVideoView":0,</w:t>
        <w:br/>
        <w:t xml:space="preserve">            "pcUniqueViewer":0,</w:t>
        <w:br/>
        <w:t xml:space="preserve">            "mobilePlayDuration":0,</w:t>
        <w:br/>
        <w:t xml:space="preserve">            "mobileVideoView":0,</w:t>
        <w:br/>
        <w:t xml:space="preserve">            "mobileUniqueViewer":0,</w:t>
        <w:br/>
        <w:t xml:space="preserve">            "livePcPlayDuration":0,</w:t>
        <w:br/>
        <w:t xml:space="preserve">            "playbackPcPlayDuration":0,</w:t>
        <w:br/>
        <w:t xml:space="preserve">            "unknownPcPlayDuration":0,</w:t>
        <w:br/>
        <w:t xml:space="preserve">            "liveMobilePlayDuration":0,</w:t>
        <w:br/>
        <w:t xml:space="preserve">            "playbackMobilePlayDuration":0,</w:t>
        <w:br/>
        <w:t xml:space="preserve">            "unknownMobilePlayDuration":0,</w:t>
        <w:br/>
        <w:t xml:space="preserve">            "creatorName":null</w:t>
        <w:br/>
        <w:t xml:space="preserve">        },</w:t>
        <w:br/>
        <w:t xml:space="preserve">        {</w:t>
        <w:br/>
        <w:t xml:space="preserve">            "userId":null,</w:t>
        <w:br/>
        <w:t xml:space="preserve">            "channelId":1965681,</w:t>
        <w:br/>
        <w:t xml:space="preserve">            "name":"Junit测试(勿删)",</w:t>
        <w:br/>
        <w:t xml:space="preserve">            "categoryName":null,</w:t>
        <w:br/>
        <w:t xml:space="preserve">            "pcPlayDuration":0,</w:t>
        <w:br/>
        <w:t xml:space="preserve">            "pcVideoView":0,</w:t>
        <w:br/>
        <w:t xml:space="preserve">            "pcUniqueViewer":0,</w:t>
        <w:br/>
        <w:t xml:space="preserve">            "mobilePlayDuration":0,</w:t>
        <w:br/>
        <w:t xml:space="preserve">            "mobileVideoView":0,</w:t>
        <w:br/>
        <w:t xml:space="preserve">            "mobileUniqueViewer":0,</w:t>
        <w:br/>
        <w:t xml:space="preserve">            "livePcPlayDuration":0,</w:t>
        <w:br/>
        <w:t xml:space="preserve">            "playbackPcPlayDuration":0,</w:t>
        <w:br/>
        <w:t xml:space="preserve">            "unknownPcPlayDuration":0,</w:t>
        <w:br/>
        <w:t xml:space="preserve">            "liveMobilePlayDuration":0,</w:t>
        <w:br/>
        <w:t xml:space="preserve">            "playbackMobilePlayDuration":0,</w:t>
        <w:br/>
        <w:t xml:space="preserve">            "unknownMobilePlayDuration":0,</w:t>
        <w:br/>
        <w:t xml:space="preserve">            "creatorName":null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查询多个频道概览统计数据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