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查询红包派发数据统计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1、分页查询频道红包派发数据统计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http://api.polyv.net/live/v4/channel/red-pack/statistics/list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http://api.polyv.net/live/v4/channel/red-pack/statistics/list?appId=frlr1zazn3&amp;sign=DB56D548F941C73F5A1335D255FE7697&amp;sessionId=g8h352spmc&amp;channelId=2812610&amp;timestamp=1649381825368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红包余额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分配方式名称： 随机分配红包 平均分配红包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状态名称：  进行中已结束  退款中已退款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红包类型名称   红包雨口令红包  普通红包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redPackReceiveList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领取用户列表【详见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receive参数描述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领取金额（小数点后两位）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查询红包派发数据统计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getRedPackStatsTest()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"http://api.polyv.net/live/v4/channel/red-pack/statistics/list";</w:t>
        <w:br/>
        <w:t xml:space="preserve">    String channelId = "2812610";</w:t>
        <w:br/>
        <w:t xml:space="preserve">    String sessionId = "g8h352spmc";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log.info("测试查询红包派发数据统计成功：{}",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"15c37b3457b14f2894af4e7dd6d5ea77.62.16493818293256929",</w:t>
        <w:br/>
        <w:t xml:space="preserve">    "data":</w:t>
        <w:br/>
        <w:t xml:space="preserve">   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"redPackId": "500e6f9f47bd42369aac8a9fc259f6d4",</w:t>
        <w:br/>
        <w:t xml:space="preserve">                "userId": "ovtl9t44bqXDfubCAAAAAB5ImaeQ",</w:t>
        <w:br/>
        <w:t xml:space="preserve">                "channelId": 2812610,</w:t>
        <w:br/>
        <w:t xml:space="preserve">                "nickName": "讲师",</w:t>
        <w:br/>
        <w:t xml:space="preserve">                "amount": 0.98,</w:t>
        <w:br/>
        <w:t xml:space="preserve">                "balance": 0.00,</w:t>
        <w:br/>
        <w:t xml:space="preserve">                "allotType": "随机分配红包",</w:t>
        <w:br/>
        <w:t xml:space="preserve">                "createdTime": 1648867234000,</w:t>
        <w:br/>
        <w:t xml:space="preserve">                "channelSessionId": "g8h352spmc",</w:t>
        <w:br/>
        <w:t xml:space="preserve">                "status": "已结束",</w:t>
        <w:br/>
        <w:t xml:space="preserve">                "redPackType": "普通红包",</w:t>
        <w:br/>
        <w:t xml:space="preserve">                "redPackReceiveList": [</w:t>
        <w:br/>
        <w:t xml:space="preserve">                    {</w:t>
        <w:br/>
        <w:t xml:space="preserve">                        "redPackId": "500e6f9f47bd42369aac8a9fc259f6d4",</w:t>
        <w:br/>
        <w:t xml:space="preserve">                        "userId": "ovtl9tAAAAAHBBA8QUNVjjM4WIs",</w:t>
        <w:br/>
        <w:t xml:space="preserve">                        "nickName": "神经蛙",</w:t>
        <w:br/>
        <w:t xml:space="preserve">                        "avatar": "https://thirdwx.qlogo.cn/mmopen/vi_32/Q3auHgzwzM48yCrkV6bNEauNqC60hZJ38eZkVt5YBiasWbq4MA9I5kgs6Oodicc5vpXSICosTibybCT5mgibhIwCNA/132",</w:t>
        <w:br/>
        <w:t xml:space="preserve">                        "amount": 0.41,</w:t>
        <w:br/>
        <w:t xml:space="preserve">                        "createdTime": 1648867252000</w:t>
        <w:br/>
        <w:t xml:space="preserve">                    },</w:t>
        <w:br/>
        <w:t xml:space="preserve">                    {</w:t>
        <w:br/>
        <w:t xml:space="preserve">                        "redPackId": "500e6f9f47bd42369aac8a9fc259f6d4",</w:t>
        <w:br/>
        <w:t xml:space="preserve">                        "userId": "ovtl9t44bqXDfubCAAAAAB5ImaeQ",</w:t>
        <w:br/>
        <w:t xml:space="preserve">                        "nickName": "xxx",</w:t>
        <w:br/>
        <w:t xml:space="preserve">                        "avatar": "https://thirdwx.qlogo.cn/mmopen/vi_32/9ZbIC7NmVzhwIIJq18UJd8ph0vXuPnJaAaCX3tbW8IKeWyf1QmoycWPeg4OhiaVOZ6xNy2xK4jVWKSibhgTnmicUA/132",</w:t>
        <w:br/>
        <w:t xml:space="preserve">                        "amount": 0.57,</w:t>
        <w:br/>
        <w:t xml:space="preserve">                        "createdTime": 1648867267000</w:t>
        <w:br/>
        <w:t xml:space="preserve">                    }]</w:t>
        <w:br/>
        <w:t xml:space="preserve">            }]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查询红包派发数据统计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