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修改频道状态为可直播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1、恢复频道的直播推流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http://api.polyv.net/live/v2/stream/{channelId}/resume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http://api.polyv.net/live/v2/stream/1958888/resume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appId=frlr1zazn3&amp;sign=3690D7EA2FB547211C00BA088997FB64&amp;userId=1b448be323&amp;timestamp=1621841128565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LoggerFactory.getLogger(ChannelStateTest.class);</w:t>
        <w:br/>
        <w:t>/**</w:t>
        <w:br/>
        <w:t xml:space="preserve"> * 恢复直播频道推流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testLiveResume()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"http://api.polyv.net/live/v2/stream/%s/resume";</w:t>
        <w:br/>
        <w:t xml:space="preserve">    String channelId = "2095812";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requestMap.put("userId", userId);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log.info("测试恢复直播频道推流，返回值：{}",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修改频道状态为可直播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