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获取硬盘推流(伪直播)视频列表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1、获取硬盘推流(伪直播)视频列表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http://api.polyv.net/live/v3/channel/disk-video/list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分页大小，默认为10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http://api.polyv.net/live/v3/channel/disk-video/list?appId=frlr1zazn3&amp;sign=2E8DE3C2E5D62468917CF3A9B2DBC3D6&amp;channelId=3889955&amp;timestamp=1681983834988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频道详细信息列表【详见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直播系统videoId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点播系统videoPoolId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伪直播首图，需拼接域名才能使用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视频长度，如：00:17:36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伪直播开始时间，13位时间戳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伪直播结束时间，13位时间戳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该记录保存时间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该记录最后修改时间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伪直播mp4地址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伪直播流状态:waiting-未直播,live-直播中,end-已结束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语言:CN-中文,EN-英文(频道开启双流直播可设置英文伪直播)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LoggerFactory.getLogger(ChannelStateTest.class);</w:t>
        <w:br/>
        <w:t>/**</w:t>
        <w:br/>
        <w:t xml:space="preserve"> * 获取硬盘推流(伪直播)视频列表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testListDiskVideo()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"http://api.polyv.net/live/v3/channel/disk-video/list";</w:t>
        <w:br/>
        <w:t xml:space="preserve">    String channelId = "3889955";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log.info("测试获取硬盘推流(伪直播)视频列表，返回值：{}",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"pageSize": 10,</w:t>
        <w:br/>
        <w:t xml:space="preserve">        "pageNumber":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"videoId": "gjzwgmer37",</w:t>
        <w:br/>
        <w:t xml:space="preserve">                "videoPoolId": "1b448be323e0bb0564cdd816ce4fac61",</w:t>
        <w:br/>
        <w:t xml:space="preserve">                "userId": "1b448be323",</w:t>
        <w:br/>
        <w:t xml:space="preserve">                "channelId": 3889955,</w:t>
        <w:br/>
        <w:t xml:space="preserve">                "title": "2-1 认识对象",</w:t>
        <w:br/>
        <w:t xml:space="preserve">                "firstImage": "1b448be323/1/1b448be323e0bb0564cdd816ce4fac61_0.jpg",</w:t>
        <w:br/>
        <w:t xml:space="preserve">                "duration": "00:17:36",</w:t>
        <w:br/>
        <w:t xml:space="preserve">                "status": "N",</w:t>
        <w:br/>
        <w:t xml:space="preserve">                "startTime": 1681373864000,</w:t>
        <w:br/>
        <w:t xml:space="preserve">                "endTime": 1681374920000,</w:t>
        <w:br/>
        <w:t xml:space="preserve">                "createdTime": 1681373802000,</w:t>
        <w:br/>
        <w:t xml:space="preserve">                "lastModified": 1681373865000,</w:t>
        <w:br/>
        <w:t xml:space="preserve">                "url": "http://mpv.videocc.net/1b448be323/1/1b448be323e0bb0564cdd816ce4fac61_1.mp4",</w:t>
        <w:br/>
        <w:t xml:space="preserve">                "localFileName": "/data/diskvideo/202304/gjzwgmer37.mp4",</w:t>
        <w:br/>
        <w:t xml:space="preserve">                "processId": 27944,</w:t>
        <w:br/>
        <w:t xml:space="preserve">                "streamStatus": "end",</w:t>
        <w:br/>
        <w:t xml:space="preserve">                "pushIp": "172.18.148.58",</w:t>
        <w:br/>
        <w:t xml:space="preserve">                "langType": "CN",</w:t>
        <w:br/>
        <w:t xml:space="preserve">                "source": "VideoPool"</w:t>
        <w:br/>
        <w:t xml:space="preserve">            }</w:t>
        <w:br/>
        <w:t xml:space="preserve">        ],</w:t>
        <w:br/>
        <w:t xml:space="preserve">        "limit": 1,</w:t>
        <w:br/>
        <w:t xml:space="preserve">        "endRow": 1,</w:t>
        <w:br/>
        <w:t xml:space="preserve">        "nextPageNumber": 1,</w:t>
        <w:br/>
        <w:t xml:space="preserve">        "totalPages": 1,</w:t>
        <w:br/>
        <w:t xml:space="preserve">        "startRow": 1,</w:t>
        <w:br/>
        <w:t xml:space="preserve">        "firstPage": true,</w:t>
        <w:br/>
        <w:t xml:space="preserve">        "lastPage": true,</w:t>
        <w:br/>
        <w:t xml:space="preserve">        "prePageNumber": 1,</w:t>
        <w:br/>
        <w:t xml:space="preserve">        "offset": 0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获取硬盘推流(伪直播)视频列表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