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批量查询频道直播推流信息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1、批量获取频道直播的实时推流信息</w:t>
        <w:br/>
        <w:t>2、deployAddress、inAddress、lfr信息可能无法获取，返回值为null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http://api.polyv.net/live/v3/channel/monitor/get-streams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2、获取频道直播流信息需要频道为直播中状态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直播中的频道号，多个频道用英文逗号分隔，最多100个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http://api.polyv.net/live/v3/channel/monitor/get-streams?appId=frlr1zazn3&amp;sign=6DDD5D27EAE6C9EE1713F9E2AEB59D99&amp;channelIds=4184547%2C4184544%2C4146015%2C4146008&amp;timestamp=1692322685465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请求成功时为频道实时推流信息列表【详见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频道是否直播中true：直播中false：未直播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频道推流信息，直播中才有值，未直播时为null【详见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streamInfo字段描述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streamInfo字段描述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deployAddress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推送的CDN节点IP地址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推流出口IP地址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lfr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推流丢帧率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inBandWidth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推流码率，单位：bps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/**</w:t>
        <w:br/>
        <w:t xml:space="preserve"> * 批量查询频道直播流信息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getStreamsInfoTest()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"http://api.polyv.net/live/v3/channel/monitor/get-streams";</w:t>
        <w:br/>
        <w:t xml:space="preserve">    String channelIds = "4184547,4184544,4146015,4146008";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requestMap.put("channelIds", channelIds);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log.info("测试批量查询频道直播流信息成功：{}",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"channelId": "4146008",</w:t>
        <w:br/>
        <w:t xml:space="preserve">            "live": false,</w:t>
        <w:br/>
        <w:t xml:space="preserve">            "streamInfo": null</w:t>
        <w:br/>
        <w:t xml:space="preserve">        },</w:t>
        <w:br/>
        <w:t xml:space="preserve">        {</w:t>
        <w:br/>
        <w:t xml:space="preserve">            "channelId": "4184547",</w:t>
        <w:br/>
        <w:t xml:space="preserve">            "live": true,</w:t>
        <w:br/>
        <w:t xml:space="preserve">            "streamInfo": {</w:t>
        <w:br/>
        <w:t xml:space="preserve">                "deployAddress": "113.96.140.25",</w:t>
        <w:br/>
        <w:t xml:space="preserve">                "inAddress": "106.55.200.246",</w:t>
        <w:br/>
        <w:t xml:space="preserve">                "streamName": "1b448be32316919995568637549",</w:t>
        <w:br/>
        <w:t xml:space="preserve">                "fps": "16",</w:t>
        <w:br/>
        <w:t xml:space="preserve">                "lfr": "0.0",</w:t>
        <w:br/>
        <w:t xml:space="preserve">                "inBandWidth": "64318"</w:t>
        <w:br/>
        <w:t xml:space="preserve">            }</w:t>
        <w:br/>
        <w:t xml:space="preserve">        },</w:t>
        <w:br/>
        <w:t xml:space="preserve">        {</w:t>
        <w:br/>
        <w:t xml:space="preserve">            "channelId": "4146015",</w:t>
        <w:br/>
        <w:t xml:space="preserve">            "live": true,</w:t>
        <w:br/>
        <w:t xml:space="preserve">            "streamInfo": {</w:t>
        <w:br/>
        <w:t xml:space="preserve">                "deployAddress": null,</w:t>
        <w:br/>
        <w:t xml:space="preserve">                "inAddress": "30.171.154.159",</w:t>
        <w:br/>
        <w:t xml:space="preserve">                "streamName": "1b448be3231690474521694979d",</w:t>
        <w:br/>
        <w:t xml:space="preserve">                "fps": "15",</w:t>
        <w:br/>
        <w:t xml:space="preserve">                "lfr": null,</w:t>
        <w:br/>
        <w:t xml:space="preserve">                "inBandWidth": "20756"</w:t>
        <w:br/>
        <w:t xml:space="preserve">            }</w:t>
        <w:br/>
        <w:t xml:space="preserve">        },</w:t>
        <w:br/>
        <w:t xml:space="preserve">        {</w:t>
        <w:br/>
        <w:t xml:space="preserve">            "channelId": "4184544",</w:t>
        <w:br/>
        <w:t xml:space="preserve">            "live": true,</w:t>
        <w:br/>
        <w:t xml:space="preserve">            "streamInfo": {</w:t>
        <w:br/>
        <w:t xml:space="preserve">                "deployAddress": null,</w:t>
        <w:br/>
        <w:t xml:space="preserve">                "inAddress": null,</w:t>
        <w:br/>
        <w:t xml:space="preserve">                "streamName": "1b448be32316919995083869e11",</w:t>
        <w:br/>
        <w:t xml:space="preserve">                "fps": "15.15",</w:t>
        <w:br/>
        <w:t xml:space="preserve">                "lfr": null,</w:t>
        <w:br/>
        <w:t xml:space="preserve">                "inBandWidth": "70058.266"</w:t>
        <w:br/>
        <w:t xml:space="preserve">            }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批量查询频道直播推流信息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