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1、查询频道直播状态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http://api.polyv.net/live_status/query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接口，获取stream字段的值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http://api.polyv.net/live_status/query?stream=eciyhturt820160305194727292</w:t>
      </w:r>
    </w:p>
    <w:p>
      <w:pPr>
        <w:pStyle w:val="Heading2"/>
      </w:pPr>
      <w:r>
        <w:t>返回结果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如果正在直播，返回live，否则返回end</w:t>
      </w:r>
    </w:p>
    <w:p>
      <w:pPr>
        <w:pStyle w:val="Heading2"/>
      </w:pPr>
      <w:r>
        <w:t>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http://api.polyv.net/live_status/query?stream=eciyhturt820160305194727292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