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停止硬盘推流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1、停止硬盘推流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http://api.polyv.net/live/v3/channel/stream/end-disk-push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diskVideoId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直播系统videoId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http://api.polyv.net/live/v3/channel/stream/end-disk-push?sign=6887C6898AC41914423F5072548FB3EB&amp;timestamp=1681374211197&amp;diskVideoId=gjzwgmer37&amp;channelId=3889955&amp;appId=frlr1zazn3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请求成功和请求失败为空字符串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LoggerFactory.getLogger(ChannelStateTest.class);</w:t>
        <w:br/>
        <w:t>/**</w:t>
        <w:br/>
        <w:t xml:space="preserve"> * 禁止直播频道推流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testLiveBanPush()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"http://api.polyv.net/live/v3/channel/stream/end-disk-push";</w:t>
        <w:br/>
        <w:t xml:space="preserve">    String channelId = "3889955";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requestMap.put("diskVideoId", "gjzwgmer37");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log.info("测试停止硬盘推流，返回值：{}",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停止硬盘推流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