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查询频道场次信息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1、查询频道直播场次信息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http://api.polyv.net/live/v3/channel/session/data/list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2、开始日期结束日期的时间跨度不能超过60天，不传默认查询最近60天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3、直播中的场次也会返回，此时返回endTime为null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直播场次的开始日期，格式：yyyy-MM-dd HH:mm:ss，如果时间为00:00:00也支持格式：yyyy-MM-dd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直播场次的结束日期，格式：yyyy-MM-dd HH:mm:ss，如果时间为00:00:00也支持格式：yyyy-MM-dd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每页显示的数据条数，默认20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https://api.polyv.net/live/v3/channel/session/data/list?appId=frlr1zazn3&amp;sign=70DF5378E04B103CCCEA048260C75EDD&amp;pageSize=10&amp;page=1&amp;channelId=2272655&amp;timestamp=1652411923329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请求失败时为空，请求成功时为频道直播场次信息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直播结束时间，13位毫秒级时间戳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查询频道直播场次信息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testGetChannelSessions()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"https://api.polyv.net/live/v3/channel/session/data/list";</w:t>
        <w:br/>
        <w:t xml:space="preserve">    String channelId = "2272655";</w:t>
        <w:br/>
        <w:t xml:space="preserve">    String page = "1";</w:t>
        <w:br/>
        <w:t xml:space="preserve">    String pageSize = "10";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requestMap.put("startDate", startDate);</w:t>
        <w:br/>
        <w:t xml:space="preserve">    requestMap.put("endDate", endDate);</w:t>
        <w:br/>
        <w:t xml:space="preserve">    requestMap.put("page", page);</w:t>
        <w:br/>
        <w:t xml:space="preserve">    requestMap.put("pageSize", pageSize);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log.info("测试查询频道直播场次信息，返回值：{}",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"pageSize": 10,</w:t>
        <w:br/>
        <w:t xml:space="preserve">        "pageNumber": 1,</w:t>
        <w:br/>
        <w:t xml:space="preserve">        "totalItems": 4,</w:t>
        <w:br/>
        <w:t xml:space="preserve">        "contents": [</w:t>
        <w:br/>
        <w:t xml:space="preserve">            {</w:t>
        <w:br/>
        <w:t xml:space="preserve">                "sessionId": "g9lv2ghv2x",</w:t>
        <w:br/>
        <w:t xml:space="preserve">                "channelId": 2272655,</w:t>
        <w:br/>
        <w:t xml:space="preserve">                "userId": "1b448be323",</w:t>
        <w:br/>
        <w:t xml:space="preserve">                "startTime": 1652062574000,</w:t>
        <w:br/>
        <w:t xml:space="preserve">                "endTime": 1652062643000,</w:t>
        <w:br/>
        <w:t xml:space="preserve">                "customId": null</w:t>
        <w:br/>
        <w:t xml:space="preserve">            },</w:t>
        <w:br/>
        <w:t xml:space="preserve">            {</w:t>
        <w:br/>
        <w:t xml:space="preserve">                "sessionId": "g9b3pwv2b7",</w:t>
        <w:br/>
        <w:t xml:space="preserve">                "channelId": 2272655,</w:t>
        <w:br/>
        <w:t xml:space="preserve">                "userId": "1b448be323",</w:t>
        <w:br/>
        <w:t xml:space="preserve">                "startTime": 1651219401000,</w:t>
        <w:br/>
        <w:t xml:space="preserve">                "endTime": 1651219592000,</w:t>
        <w:br/>
        <w:t xml:space="preserve">                "customId": null</w:t>
        <w:br/>
        <w:t xml:space="preserve">            },</w:t>
        <w:br/>
        <w:t xml:space="preserve">            {</w:t>
        <w:br/>
        <w:t xml:space="preserve">                "sessionId": "g8ms75epoj",</w:t>
        <w:br/>
        <w:t xml:space="preserve">                "channelId": 2272655,</w:t>
        <w:br/>
        <w:t xml:space="preserve">                "userId": "1b448be323",</w:t>
        <w:br/>
        <w:t xml:space="preserve">                "startTime": 1649313582000,</w:t>
        <w:br/>
        <w:t xml:space="preserve">                "endTime": 1649313757000,</w:t>
        <w:br/>
        <w:t xml:space="preserve">                "customId": null</w:t>
        <w:br/>
        <w:t xml:space="preserve">            },</w:t>
        <w:br/>
        <w:t xml:space="preserve">            {</w:t>
        <w:br/>
        <w:t xml:space="preserve">                "sessionId": "g87lv4kjh2",</w:t>
        <w:br/>
        <w:t xml:space="preserve">                "channelId": 2272655,</w:t>
        <w:br/>
        <w:t xml:space="preserve">                "userId": "1b448be323",</w:t>
        <w:br/>
        <w:t xml:space="preserve">                "startTime": 1648124333000,</w:t>
        <w:br/>
        <w:t xml:space="preserve">                "endTime": 1648124412000,</w:t>
        <w:br/>
        <w:t xml:space="preserve">                "customId": null</w:t>
        <w:br/>
        <w:t xml:space="preserve">            }</w:t>
        <w:br/>
        <w:t xml:space="preserve">        ],</w:t>
        <w:br/>
        <w:t xml:space="preserve">        "limit": 4,</w:t>
        <w:br/>
        <w:t xml:space="preserve">        "nextPageNumber": 1,</w:t>
        <w:br/>
        <w:t xml:space="preserve">        "startRow": 1,</w:t>
        <w:br/>
        <w:t xml:space="preserve">        "firstPage": true,</w:t>
        <w:br/>
        <w:t xml:space="preserve">        "lastPage": true,</w:t>
        <w:br/>
        <w:t xml:space="preserve">        "prePageNumber": 1,</w:t>
        <w:br/>
        <w:t xml:space="preserve">        "endRow": 4,</w:t>
        <w:br/>
        <w:t xml:space="preserve">        "totalPages": 1,</w:t>
        <w:br/>
        <w:t xml:space="preserve">        "offset": 0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查询频道场次信息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