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根据自定义场次ID查询频道暂存文件ID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1、根据自定义场次ID查询频道暂存文件ID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http://api.polyv.net/live/v3/channel/session/list-file-id-by-external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自定义直播场次UUID，该参数设置自【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直播场次关联自定义ID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http://api.polyv.net/live/v3/channel/session/list-file-id-by-external?appId=frlr1zazn3&amp;sign=9847BBA541A0BF0CBF5380208CE259AD&amp;externalSessionId=test&amp;channelId=2272655&amp;timestamp=1655780318088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暂存文件列表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暂存文件ID列表，按生成时间倒序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最新暂存文件生成时间，13位毫秒级时间戳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根据自定义场次ID查询频道暂存文件ID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getFileIdByExternalTest()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"http://api.polyv.net/live/v3/channel/session/list-file-id-by-external";</w:t>
        <w:br/>
        <w:t xml:space="preserve">    String channelId = "2272655";</w:t>
        <w:br/>
        <w:t xml:space="preserve">    String externalSessionId = "test";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requestMap.put("externalSessionId", externalSessionId);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log.info("测试根据自定义场次ID查询频道暂存文件ID成功：{}",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"originSessionId": "g9uya0mbrq",</w:t>
        <w:br/>
        <w:t xml:space="preserve">            "fileIds": [</w:t>
        <w:br/>
        <w:t xml:space="preserve">                "7c3ad56bb6d4e8e6058d7754e10ee4e8",</w:t>
        <w:br/>
        <w:t xml:space="preserve">                "abfb68494b9dd9b58c5e2b7d0a3ee8ce",</w:t>
        <w:br/>
        <w:t xml:space="preserve">                "1fd2500682429db92c1c67dc99af2ef4"</w:t>
        <w:br/>
        <w:t xml:space="preserve">            ],</w:t>
        <w:br/>
        <w:t xml:space="preserve">            "createdTime": 1652775098000</w:t>
        <w:br/>
        <w:t xml:space="preserve">        },</w:t>
        <w:br/>
        <w:t xml:space="preserve">        {</w:t>
        <w:br/>
        <w:t xml:space="preserve">            "originSessionId": "g9uy303rsu",</w:t>
        <w:br/>
        <w:t xml:space="preserve">            "fileIds": [</w:t>
        <w:br/>
        <w:t xml:space="preserve">                "0f5ccaa11c6edd7fcc1f145a6e21ec82"</w:t>
        <w:br/>
        <w:t xml:space="preserve">            ],</w:t>
        <w:br/>
        <w:t xml:space="preserve">            "createdTime": 1652774575000</w:t>
        <w:br/>
        <w:t xml:space="preserve">        },</w:t>
        <w:br/>
        <w:t xml:space="preserve">        {</w:t>
        <w:br/>
        <w:t xml:space="preserve">            "originSessionId": "g9uy0i6b0y",</w:t>
        <w:br/>
        <w:t xml:space="preserve">            "fileIds": [</w:t>
        <w:br/>
        <w:t xml:space="preserve">                "30dc5aa5e7f9e87fc03d0614cb308c34"</w:t>
        <w:br/>
        <w:t xml:space="preserve">            ],</w:t>
        <w:br/>
        <w:t xml:space="preserve">            "createdTime": 1652774321000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根据自定义场次ID查询频道暂存文件ID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