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根据自定义场次UUID查询直播场次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1、查询根据自定义场次UUID查询直播场次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http://api.polyv.net/live/v3/channel/session/list-session-by-external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自定义直播场次UUID，该参数设置自【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直播场次关联自定义ID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http://api.polyv.net/live/v3/channel/session/list-session-by-external?appId=fso8gzbxlr&amp;timestamp=1636421147000&amp;channelId=2659445&amp;externalSessionId=binytest2021110802&amp;sign=56933052D433EB34E9BA0F9DA5197728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请求失败时为空，请求成功时为角色的信息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查询角色信息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testQuerySessionListByExternalSessionId()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"https://api.polyv.net/live/v3/channel/session/list-session-by-external";</w:t>
        <w:br/>
        <w:t xml:space="preserve">    String channelId="2149710";</w:t>
        <w:br/>
        <w:t xml:space="preserve">    String externalSessionId= "test";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requestMap.put("externalSessionId", externalSessionId);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log.info("根据自定义场次UUID查询直播场次，返回值：{}",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"list": [</w:t>
        <w:br/>
        <w:t xml:space="preserve">            "g41jb9hxbk",</w:t>
        <w:br/>
        <w:t xml:space="preserve">            "g41ked2ck6",</w:t>
        <w:br/>
        <w:t xml:space="preserve">            "g41k9buc96",</w:t>
        <w:br/>
        <w:t xml:space="preserve">            "g41jwdl09l"</w:t>
        <w:br/>
        <w:t xml:space="preserve">        ]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根据自定义场次UUID查询直播场次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