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设置播放器Logo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1、修改播放器logo图片</w:t>
        <w:br/>
        <w:t>2、接口URL中的{channelId}为 频道ID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http://api.polyv.net/live/v2/channels/{channelId}/update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logo图片地址，建议大小为：长方形140x50或正方形50x50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logo透明度，取值范围为(0,1]，即大于0，并且小于等于1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logo位置，取值为为左上角(tl)、右上角(tr)、左下角(bl)、右下角(br)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logo图片点击跳转链接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200,</w:t>
        <w:br/>
        <w:t xml:space="preserve">  status: "success",</w:t>
        <w:br/>
        <w:t xml:space="preserve">  message: "",</w:t>
        <w:br/>
        <w:t xml:space="preserve">  data: true</w:t>
        <w:br/>
        <w:t>}</w:t>
      </w:r>
    </w:p>
    <w:p>
      <w:pPr>
        <w:pStyle w:val="Heading2"/>
      </w:pPr>
      <w:r>
        <w:t>响应异常JSON示例：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"error",</w:t>
        <w:br/>
        <w:t xml:space="preserve">  message: "invalid timestamp.",</w:t>
        <w:br/>
        <w:t xml:space="preserve">  data: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异常错误数据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$channelId = "127075";</w:t>
        <w:br/>
        <w:t>$logoImage = "http://demo.ipolyv.cn/wfy/live/logo.jpg"; //播放器封面图</w:t>
        <w:br/>
        <w:t>$logoOpacity = "0.5"; //透明度，取值范围为(0,1]</w:t>
        <w:br/>
        <w:t>$logoPosition = "tr"; //图片位置，取值为左上(tl)、右上(tr)、左下(bl)、右下(br)</w:t>
        <w:br/>
        <w:t>$logoHref ="http://www.polyv.net"; //图片点击跳转链接</w:t>
        <w:br/>
        <w:br/>
        <w:t>$params = array(</w:t>
        <w:br/>
        <w:t xml:space="preserve">    'appId'=&gt;$appId,</w:t>
        <w:br/>
        <w:t xml:space="preserve">    'logoImage'=&gt;$logoImage,</w:t>
        <w:br/>
        <w:t xml:space="preserve">    'logoOpacity'=&gt;$logoOpacity,</w:t>
        <w:br/>
        <w:t xml:space="preserve">    'logoPosition'=&gt;$logoPosition,</w:t>
        <w:br/>
        <w:t xml:space="preserve">    'logoHref'=&gt;$logoHref,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"http://api.live.polyv.net/v2/channels/$channelId/update?appId=$appId&amp;timestamp=$timestamp&amp;logoHref=$logoHref&amp;logoImage=$logoImage&amp;logoOpacity=$logoOpacity&amp;logoPosition=$logoPosition&amp;sign=$sign";</w:t>
        <w:br/>
        <w:t>$ch = curl_init() or die ( curl_error() );</w:t>
        <w:br/>
        <w:t>curl_setopt( $ch, CURLOPT_URL, $url);</w:t>
        <w:br/>
        <w:t>curl_setopt ($ch, CURLOPT_CUSTOMREQUEST, "POST");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br/>
        <w:t>?&gt;</w:t>
      </w:r>
    </w:p>
    <w:p>
      <w:pPr>
        <w:pStyle w:val="Heading2"/>
      </w:pPr>
      <w:r>
        <w:t>签名规则(config.php文件代码查看)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签名生成规则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设置播放器Logo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