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设置播放器片头广告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1、接口用于设置某频道播放器的片头广告</w:t>
        <w:br/>
        <w:t>2、接口URL中的{channelId}为 频道ID</w:t>
        <w:br/>
        <w:t>3、接口支持https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http://api.polyv.net/live/v2/channelAdvert/{channelId}/updateHead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Y-开启，N-关闭；设置开关时，其余设置参数无效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广告类型,NONE-无广告，IMAGE-图片广告，FLV-视频广告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headAdvertMediaUrl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广告高度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频道类型错误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advert type",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开关参数错误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enabled value",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非法请求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"operation forbidden.",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请求结果代码，成功为200 错误为400，签名错误为403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请求结果，成功时为"success"错误时为"error"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错误信息，请求成功时为空串，错误时错误信息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请求成功为true，错误为空串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//接口需要的参数（非sign）赋值</w:t>
        <w:br/>
        <w:t>$channelId="123713";</w:t>
        <w:br/>
        <w:br/>
        <w:t>$headAdvertType = "none";</w:t>
        <w:br/>
        <w:t>$headAdvertMediaUrl = "http://www.headAdvertMediaUrl.com";</w:t>
        <w:br/>
        <w:t>$headAdvertHref = "http://www.headAdvertHref.com";</w:t>
        <w:br/>
        <w:t>$headAdvertDuration = 50;</w:t>
        <w:br/>
        <w:t>$headAdvertWidth = 100;</w:t>
        <w:br/>
        <w:t>$headAdvertHeight = 200;</w:t>
        <w:br/>
        <w:br/>
        <w:t>$params = array(</w:t>
        <w:br/>
        <w:t xml:space="preserve">    'appId' =&gt; $appId,</w:t>
        <w:br/>
        <w:t xml:space="preserve">    'timestamp' =&gt; $timestamp,</w:t>
        <w:br/>
        <w:t xml:space="preserve">    'headAdvertType' =&gt; $headAdvertType,</w:t>
        <w:br/>
        <w:t xml:space="preserve">    'headAdvertMediaUrl' =&gt; $headAdvertMediaUrl,</w:t>
        <w:br/>
        <w:t xml:space="preserve">    'headAdvertHref' =&gt; $headAdvertHref,</w:t>
        <w:br/>
        <w:t xml:space="preserve">    'headAdvertDuration' =&gt; $headAdvertDuration,</w:t>
        <w:br/>
        <w:t xml:space="preserve">    'headAdvertWidth' =&gt; $headAdvertWidth,</w:t>
        <w:br/>
        <w:t xml:space="preserve">    'headAdvertHeight' =&gt; $headAdvertHeight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br/>
        <w:t>$url="http://api.polyv.net/live/v2/channelAdvert/".$channelId."/updateHead";</w:t>
        <w:br/>
        <w:br/>
        <w:t>function post($url, $post_data = '', $timeout = 5){</w:t>
        <w:br/>
        <w:t xml:space="preserve">   $ch = curl_init();</w:t>
        <w:br/>
        <w:t xml:space="preserve">   curl_setopt ($ch, CURLOPT_URL, $url);</w:t>
        <w:br/>
        <w:t xml:space="preserve">   curl_setopt ($ch, CURLOPT_POST, 1);</w:t>
        <w:br/>
        <w:t xml:space="preserve">   if($post_data != ''){</w:t>
        <w:br/>
        <w:t xml:space="preserve">      curl_setopt($ch, CURLOPT_POSTFIELDS, $post_data);</w:t>
        <w:br/>
        <w:t xml:space="preserve">   }</w:t>
        <w:br/>
        <w:br/>
        <w:t xml:space="preserve">   curl_setopt ($ch, CURLOPT_RETURNTRANSFER, 1);</w:t>
        <w:br/>
        <w:t xml:space="preserve">   curl_setopt ($ch, CURLOPT_CONNECTTIMEOUT, $timeout);</w:t>
        <w:br/>
        <w:t xml:space="preserve">   curl_setopt($ch, CURLOPT_HEADER, false);</w:t>
        <w:br/>
        <w:t xml:space="preserve">   $file_contents = curl_exec($ch);</w:t>
        <w:br/>
        <w:t xml:space="preserve">   curl_close($ch);</w:t>
        <w:br/>
        <w:t xml:space="preserve">   return $file_contents;</w:t>
        <w:br/>
        <w:t>}</w:t>
        <w:br/>
        <w:br/>
        <w:t>$params["sign"] = $sign;</w:t>
        <w:br/>
        <w:t>echo post($url, $params);</w:t>
        <w:br/>
        <w:t>?&gt;</w:t>
      </w:r>
    </w:p>
    <w:p>
      <w:pPr>
        <w:pStyle w:val="Heading2"/>
      </w:pPr>
      <w:r>
        <w:t>签名规则(config.php文件代码查看)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设置播放器片头广告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