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修改频道回放设置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单独修改回放开关可使用旧版接口，接口地址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修改频道回放开关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1、修改频道回放设置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http://api.polyv.net/live/v3/channel/playback/set-setting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2、当请求参数type为single时，origin可设置为record、playback或vod，当origin设置为playback或vod时还需要设置videoId；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3、当请求参数type为list时，origin可以设置为playback以及vod；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是否使用通用设置，默认为N（新版后台频道设置不生效）Y：是N：否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crontabType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定时回放类型：timedOpen-定时打开，timedClosed-定时关闭，period-时间段内打开,custom-自定义，disable-关闭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放开回放的时间，13位时间戳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关闭回放的时间，13位时间戳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回放开关状态，默认为NY：开启N：关闭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回放方式single：单个回放list：列表回放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回放来源record：暂存playback：回放列表vod：点播列表material：素材库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直播系统中视频id【可通过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获取】，如：73801f70c8，注：不是指的点播vid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playbackMultiplierEnabled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倍数播放开关Y：开启N：关闭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playbackProgressBarOperationType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进度条操作方式drag 拖动,prohibitDrag 禁止拖动,dragHistoryOnly 只能拖动已观看内容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showPlayButtonEnabled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显示播放按钮开关Y：开启N：关闭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customOpenDuration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定时回放：自定义时间,crontabType为custom自定义时生效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qaPlaybackEnabled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签到互动重现开关Y：开启N：关闭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http://api.polyv.net/live/v3/channel/playback/set-setting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appId=frlr1zazn3&amp;origin=playback&amp;sign=01556AABE64ED5C285FF5378392FCD8C&amp;globalSettingEnabled=N&amp;videoId=73801f70c8&amp;type=list&amp;channelId=2191532&amp;timestamp=1621840770330&amp;playbackEnabled=Y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修改频道回放设置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testSetRecordSetting()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"http://api.polyv.net/live/v3/channel/playback/set-setting";</w:t>
        <w:br/>
        <w:t xml:space="preserve">    String channelId = "2139283";</w:t>
        <w:br/>
        <w:t xml:space="preserve">    String globalSettingEnabled = "N";</w:t>
        <w:br/>
        <w:t xml:space="preserve">    String playbackEnabled = "Y";</w:t>
        <w:br/>
        <w:t xml:space="preserve">    String type = "single";</w:t>
        <w:br/>
        <w:t xml:space="preserve">    String origin = "playback";</w:t>
        <w:br/>
        <w:t xml:space="preserve">    String videoId = "73801f70c8";</w:t>
        <w:br/>
        <w:t xml:space="preserve">    String playbackMultiplierEnabled = "Y";</w:t>
        <w:br/>
        <w:t xml:space="preserve">    String playbackProgressBarEnabled = "Y";</w:t>
        <w:br/>
        <w:t xml:space="preserve">    String playbackProgressBarOperationType = "drag";</w:t>
        <w:br/>
        <w:t xml:space="preserve">    String showPlayButtonEnabled = "Y";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requestMap.put("globalSettingEnabled", globalSettingEnabled);</w:t>
        <w:br/>
        <w:t xml:space="preserve">    requestMap.put("playbackEnabled", playbackEnabled);</w:t>
        <w:br/>
        <w:t xml:space="preserve">    requestMap.put("type", type);</w:t>
        <w:br/>
        <w:t xml:space="preserve">    requestMap.put("origin", origin);</w:t>
        <w:br/>
        <w:t xml:space="preserve">    requestMap.put("videoId", videoId);</w:t>
        <w:br/>
        <w:t xml:space="preserve">    requestMap.put("playbackMultiplierEnabled", playbackMultiplierEnabled);</w:t>
        <w:br/>
        <w:t xml:space="preserve">    requestMap.put("playbackProgressBarEnabled", playbackProgressBarEnabled);</w:t>
        <w:br/>
        <w:t xml:space="preserve">    requestMap.put("playbackProgressBarOperationType", playbackProgressBarOperationType);</w:t>
        <w:br/>
        <w:t xml:space="preserve">    requestMap.put("showPlayButtonEnabled", showPlayButtonEnabled);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log.info("测试修改频道回放设置，返回值：{}",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修改频道回放设置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