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合并直播录制文件并回调mp4下载地址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新版接口地址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合并直播录制文件并回调mp4下载地址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旧版接口startTime和endTime是根据创建时间筛选的，而直播后台和查询接口都未返回创建时间，使用较困难，建议使用新版接口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1、合并直播录制mp4文件，接口合并过程为异步处理过程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http://api.polyv.net/live/v3/channel/record/merge-mp4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2、合并的录制文件开始与结束的间隔时间必须在8小时内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3、三分屏的录制将自动经过重制课件后再合并mp4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4、已合并返回文件地址（fileUrl）30天内有效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录制文件创建时间最小值，与endTime最大不能超过8小时，为13位毫秒级时间戳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录制文件创建时间最大值，与startTime最大不能超过8小时，为13位毫秒级时间戳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合并成功或失败回调的url【详见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回调说明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合并后的视频的文件名，长度不能超过64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http://api.polyv.net/live/v3/channel/record/merge-mp4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fileName=3-25%E6%B5%8B%E8%AF%95%E5%90%88%E5%B9%B6%E5%AF%BC%E5%87%BA%E5%90%8E%E6%96%87%E4%BB%B6%E5%90%8DMP4-1&amp;appId=frlr1zazn3&amp;sign=EE9979208A4B8FDBBFBBFFE381859C7F&amp;startTime=1615452767000&amp;endTime=1615461011000&amp;channelId=2191541&amp;timestamp=1621842028633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请求失败时为空，请求成功时为相关的信息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合并中返回空字符串，已合并成功返回MP4文件地址</w:t>
            </w:r>
          </w:p>
        </w:tc>
      </w:tr>
    </w:tbl>
    <w:p>
      <w:pPr>
        <w:spacing w:after="40"/>
      </w:pPr>
    </w:p>
    <w:p>
      <w:pPr>
        <w:pStyle w:val="Heading2"/>
      </w:pPr>
      <w:r>
        <w:t>回调说明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合并结果实时信息回调，可以及时通知用户合并任务的结果。</w:t>
      </w:r>
    </w:p>
    <w:p>
      <w:pPr>
        <w:pStyle w:val="Heading3"/>
      </w:pPr>
      <w:r>
        <w:t>原理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通过HTTP接口（设置的callbackUrl）向用户服务器发送GET请求，将合并结果推送给用户服务器。</w:t>
      </w:r>
    </w:p>
    <w:p>
      <w:pPr>
        <w:pStyle w:val="Heading3"/>
      </w:pPr>
      <w:r>
        <w:t>举例说明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举例如下：</w:t>
      </w:r>
      <w:r>
        <w:rPr>
          <w:rFonts w:ascii="Menlo" w:hAnsi="Menlo"/>
          <w:color w:val="444444"/>
          <w:sz w:val="20"/>
        </w:rPr>
        <w:t>http://abc.com/test.do?status=success&amp;timestamp=1603506240000&amp;channelId=xxxx&amp;fileIds=xxx,xxx&amp;fileUrl=xxdxxxxx&amp;fileName=urlxxxx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接口处理结果，成功为success，失败为error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合并后的文件ID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合并前的所有文件ID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合并后的MP4的地址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合并后的文件名称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LoggerFactory.getLogger(ChannelPlayBackTest.class);</w:t>
        <w:br/>
        <w:t>/**</w:t>
        <w:br/>
        <w:t xml:space="preserve"> * 异步合并录制文件并回调MP4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testRecordMergeMp4()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"http://api.polyv.net/live/v3/channel/record/merge-mp4";</w:t>
        <w:br/>
        <w:t xml:space="preserve">    String channelId = "2191541";</w:t>
        <w:br/>
        <w:t xml:space="preserve">    String startTime = "1615452025000";</w:t>
        <w:br/>
        <w:t xml:space="preserve">    String endTime = "1615453127000";</w:t>
        <w:br/>
        <w:t xml:space="preserve">    String callbackUrl = "http://abc.com";</w:t>
        <w:br/>
        <w:t xml:space="preserve">    String fileName = "测试合并导出后文件名MP4";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requestMap.put("startTime", startTime);</w:t>
        <w:br/>
        <w:t xml:space="preserve">    requestMap.put("endTime", endTime);</w:t>
        <w:br/>
        <w:t xml:space="preserve">    requestMap.put("callbackUrl", callbackUrl);</w:t>
        <w:br/>
        <w:t xml:space="preserve">    requestMap.put("fileName", fileName);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log.info("测试异步合并录制文件并回调MP4，返回值：{}",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1、提交的视频正在合并处理中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"fileUrl":"",</w:t>
        <w:br/>
        <w:t xml:space="preserve">        "fileId":"015748897d214bc0cad299c0ec43a706"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2、合并文件已存在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"fileUrl":"https://oss-live-1.videocc.net/record/record/recordf/1b348be3231615362355920a774/recordmerge-20210315161450-3ca1a3.mp4",</w:t>
        <w:br/>
        <w:t xml:space="preserve">        "fileId":"015748897d214bc0cad299c0ec43a706"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合并直播录制文件并回调mp4下载地址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