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合并直播录制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1、合并直播录制文件，保存至频道号内视频库，接口合并过程为异步处理过程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2、合并MP4文件不能超过15个，合并视频总时长不能超过24小时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要合并的录制视频文件ID，多个id用英文逗号, 分隔【fileId可通过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合并后的视频的文件名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合并成功或失败回调的url，可以带上自定义参数【详见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autoConvert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是否自动转存到点播，默认为NY：自动转存到对应点播分类下（点播保存路径：直播回放-频道号-场次）N：不自动转存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mergeMp4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合并后文件类型，默认为NY：合并为MP4文件N：合并为m3u8文件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orderByCustom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是否按照参数的fileIds顺序做合并, 取值Y或N, 不传默认N会按照开播时间顺序合并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ergeMp4=N&amp;fileName=%E6%B5%8B%E8%AF%95%E5%BC%82%E6%AD%A5%E5%90%88%E5%B9%B633333&amp;fileIds=46a586558b9e716c2cc2802a52b9e907%2C9a41298b5f032f3d5a8119b104c5dfcc&amp;appId=frlr1zazn3&amp;sign=1C08E1AB4882DEFB00CC2A5582472A03&amp;autoConvert=N&amp;callbackUrl=http%3A%2F%2Fabc.com&amp;channelId=2191541&amp;timestamp=1621841986670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请求成功时返回提交成功信息"processing."：合并任务正在处理中"submit success."：合并任务提交成功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合并结果实时信息回调，可以及时通知用户合并任务的结果。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http://abc.com/test.do?status=success&amp;timestamp=1603506240000&amp;fileId=xxxx&amp;fileIds=xxx,xxx&amp;sign=xxdxxxxx&amp;fileUrl=urlxxxx&amp;fileName=xxxx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合并前的文件ID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合并后的视频文件地址，成功时返回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合并后的文件名称，成功时返回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校验的加密字符串，生成的规则md5(AppSecret+timestamp)，AppSecret是直播系统用的密钥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异步合并直播录制文件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testRecordFileMergeAsync()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"http://api.polyv.net/live/v3/channel/record/merge";</w:t>
        <w:br/>
        <w:t xml:space="preserve">    String channelId = "2191541";</w:t>
        <w:br/>
        <w:t xml:space="preserve">    String fileIds = "249fd64bdf9329aa1e1c1228fb0732cd,66fda01de2e11bf1d91e801ea7cbc431";</w:t>
        <w:br/>
        <w:t xml:space="preserve">    String fileName = "合并后文件名MP4";</w:t>
        <w:br/>
        <w:t xml:space="preserve">    String callbackUrl = "http://abc.com";</w:t>
        <w:br/>
        <w:t xml:space="preserve">    String autoConvert = "N";</w:t>
        <w:br/>
        <w:t xml:space="preserve">    String mergeMp4 = "Y";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requestMap.put("fileIds", fileIds);</w:t>
        <w:br/>
        <w:t xml:space="preserve">    requestMap.put("fileName", fileName);</w:t>
        <w:br/>
        <w:t xml:space="preserve">    requestMap.put("callbackUrl", callbackUrl);</w:t>
        <w:br/>
        <w:t xml:space="preserve">    requestMap.put("autoConvert", autoConvert);</w:t>
        <w:br/>
        <w:t xml:space="preserve">    requestMap.put("mergeMp4", mergeMp4);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log.info("测试异步合并直播录制文件，返回值：{}",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"data":"submit success."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合并直播录制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