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批量转存暂存视频到云点播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1、批量转存直播暂存录制视频文件到点播列表，接口转存过程为异步处理过程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http://api.polyv.net/live/v3/channel/record/convert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要转存的录制视频文件ID，多个ID用英文逗号,分隔【fileId可通过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查询频道录制视频信息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fileName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转存后的文件名，目前暂不支持传多个文件名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canRepeat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点播视频回收站存在视频时是否返回成功，默认值为1(注：参数为1时，接口返回成功，实际不会重新转存点播视频)，建议传01：返回成功0：返回异常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cataId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转存到点播的目录ID，默认为点播的根目录ID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callbackUrl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转存成功时候回调通知的url【详见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回调说明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http://api.polyv.net/live/v3/channel/record/convert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fileName=%E6%B5%8B%E8%AF%95%E5%BC%82%E6%AD%A5%E8%BD%AC%E5%AD%98&amp;fileIds=9a41298b5f032f3d5a8119b104c5dfcc%2C66fda01de2e11bf1d91e801ea7cbc431&amp;appId=frlr1zazn3&amp;sign=48F5D4ADC2A81256D906CCE715A2C267&amp;cataId=1410431629027&amp;callbackUrl=http%3A%2F%2Fabc.com&amp;channelId=2191541&amp;timestamp=1621840957439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请求成功时返回提交成功信息"submit success."：转存任务提交成功"processing."：转存任务正在处理中</w:t>
            </w:r>
          </w:p>
        </w:tc>
      </w:tr>
    </w:tbl>
    <w:p>
      <w:pPr>
        <w:spacing w:after="40"/>
      </w:pPr>
    </w:p>
    <w:p>
      <w:pPr>
        <w:pStyle w:val="Heading2"/>
      </w:pPr>
      <w:r>
        <w:t>回调说明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转存结果实时信息回调，可以及时通知用户转存视频任务的结果。</w:t>
      </w:r>
    </w:p>
    <w:p>
      <w:pPr>
        <w:pStyle w:val="Heading3"/>
      </w:pPr>
      <w:r>
        <w:t>原理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通过HTTP接口（设置的callbackUrl）向用户服务器发送GET请求，将转存结果推送给用户服务器。</w:t>
      </w:r>
    </w:p>
    <w:p>
      <w:pPr>
        <w:pStyle w:val="Heading3"/>
      </w:pPr>
      <w:r>
        <w:t>举例说明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举例如下：</w:t>
      </w:r>
      <w:r>
        <w:rPr>
          <w:rFonts w:ascii="Menlo" w:hAnsi="Menlo"/>
          <w:color w:val="444444"/>
          <w:sz w:val="20"/>
        </w:rPr>
        <w:t>http://abc.com/test.do?channelId=123456&amp;vid=e6b23c6f5134943a015bc117e2854eae_e&amp;title=视频标题&amp;duration=01:23:45&amp;fileSize=123400&amp;timestamp=1557976774000&amp;sign=xxxxxxxxxx&amp;fileId=359a81ed8fd8cb83d88ddcd97d9e8a2b&amp;videoId=b1c6f3ad2c&amp;origin=auto&amp;sessionIds=["20190703145126,4,fdqbopvtnv","20190703145126,8,fdqbopvtnv"]</w:t>
      </w:r>
    </w:p>
    <w:p>
      <w:pPr>
        <w:pStyle w:val="Heading3"/>
      </w:pPr>
      <w:r>
        <w:t>转存成功回调参数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转存成功的视频id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视频时长，格式为：HH:mm:ss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视频文件大小（单位：字节）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录制的场次和时间对应的数组字符串，格式：</w:t>
            </w:r>
            <w:r>
              <w:rPr>
                <w:rFonts w:ascii="Menlo" w:hAnsi="Menlo"/>
                <w:color w:val="444444"/>
                <w:sz w:val="17"/>
              </w:rPr>
              <w:t>["20190703145126,4,fdqbopvtnv","20190703145126,8,fdqbopvtnv"]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 xml:space="preserve"> ，其中："20190703145126,4,fdqbopvtnv" 第一个字段是开始时间，第二个字段是直播的时长，第三个是对应的sessionId。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转存对应的录制文件id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转存回放唯一的id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转存的录制来源manual：云录制auto：自动录制merge：合并clip：裁剪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回放对应的单个场次id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</w:tbl>
    <w:p>
      <w:pPr>
        <w:spacing w:after="40"/>
      </w:pPr>
    </w:p>
    <w:p>
      <w:pPr>
        <w:pStyle w:val="Heading3"/>
      </w:pPr>
      <w:r>
        <w:t>转存失败回调参数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接口处理结果，成功为success，失败为error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错误码userExpired：用户已过期spaceOverSize：点播空间不足unknown：未知异常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fileId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转存的文件id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校验的加密字符串，生成的规则md5(AppSecret+timestamp)，AppSecret是直播系统的用密钥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LoggerFactory.getLogger(ChannelPlayBackTest.class);</w:t>
        <w:br/>
        <w:t>/**</w:t>
        <w:br/>
        <w:t xml:space="preserve"> * 异步批量转存录制文件到点播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testRecordConvert()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"http://api.polyv.net/live/v3/channel/record/convert";</w:t>
        <w:br/>
        <w:t xml:space="preserve">    String channelId = "2139283";</w:t>
        <w:br/>
        <w:t xml:space="preserve">    String fileIds = "97e6b0ca2422069be036507218b7c2fb";</w:t>
        <w:br/>
        <w:t xml:space="preserve">    String fileName = "测试异步转存";</w:t>
        <w:br/>
        <w:t xml:space="preserve">    String cataId = "1410431629027";</w:t>
        <w:br/>
        <w:t xml:space="preserve">    String callbackUrl = "http://abc.com";</w:t>
        <w:br/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requestMap.put("fileIds", fileIds);</w:t>
        <w:br/>
        <w:t xml:space="preserve">    requestMap.put("fileName", fileName);</w:t>
        <w:br/>
        <w:t xml:space="preserve">    requestMap.put("cataId", cataId);</w:t>
        <w:br/>
        <w:t xml:space="preserve">    requestMap.put("callbackUrl", callbackUrl);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log.info("测试异步批量转存录制文件到点播，返回值：{}",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"data":"submit success."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批量转存暂存视频到云点播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