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查询频道单个直播暂存信息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1、通过文件ID查询频道内录制视频文件信息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http://api.polyv.net/live/v3/channel/record/get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文件ID【可通过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查询频道录制视频信息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https://api.polyv.net/live/v3/channel/record/get?appId=frlr1zazn3&amp;sign=697FE70BFEDEED1FB424A30557C8459C&amp;channelId=2191532&amp;timestamp=1621840860506&amp;fileId=94ea693e1733389ae2e7693ebdacbd43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请求失败时为空，请求成功时为录制视频文件信息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开始录制时间，格式为：yyyyMMddHHmmss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结束录制时间，格式为：yyyyMMddHHmmss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录制文件大小（单位：字节）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视频宽度（像素）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视频高度（像素）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时长（单位：秒）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bitrate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录制文件码率（单位：字节）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mp4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mp4文件地址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m3u8文件地址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直播的场次ID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直播类型alone：活动直播ppt：三分屏topclass：大班课seminar：研讨会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daysLeft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录制文件剩余天数，大于0：剩余天数，0：过期，-1：永久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来源场次Id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LoggerFactory.getLogger(ChannelPlayBackTest.class);</w:t>
        <w:br/>
        <w:t>/**</w:t>
        <w:br/>
        <w:t xml:space="preserve"> * 查询指定文件ID的录制文件信息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testGetRecordFile()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"https://api.polyv.net/live/v3/channel/record/get";</w:t>
        <w:br/>
        <w:t xml:space="preserve">    String channelId = "2191532";</w:t>
        <w:br/>
        <w:t xml:space="preserve">    String fileId = "94ea693e1733389ae2e7693ebdacbd43";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requestMap.put("fileId", fileId);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log.info("测试查询指定文件ID的录制文件信息，返回值：{}",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"fileId":"94ea693e1733389ae2e7693ebdacbd43",</w:t>
        <w:br/>
        <w:t xml:space="preserve">        "userId":"1b448be323",</w:t>
        <w:br/>
        <w:t xml:space="preserve">        "channelId":2191532,</w:t>
        <w:br/>
        <w:t xml:space="preserve">        "startTime":"20210311161313",</w:t>
        <w:br/>
        <w:t xml:space="preserve">        "endTime":"20210311161507",</w:t>
        <w:br/>
        <w:t xml:space="preserve">        "filename":"Spring 知识精讲1111",</w:t>
        <w:br/>
        <w:t xml:space="preserve">        "filesize":9200637,</w:t>
        <w:br/>
        <w:t xml:space="preserve">        "createdTime":1615450629000,</w:t>
        <w:br/>
        <w:t xml:space="preserve">        "width":1280,</w:t>
        <w:br/>
        <w:t xml:space="preserve">        "height":720,</w:t>
        <w:br/>
        <w:t xml:space="preserve">        "duration":114,</w:t>
        <w:br/>
        <w:t xml:space="preserve">        "bitrate":0,</w:t>
        <w:br/>
        <w:t xml:space="preserve">        "mp4":"https://oss-live-1.videocc.net/record/record/recordf/1b448be323161536226913173df/2021-03-12-16-13-14_2021-03-12-16-15-07.mp4",</w:t>
        <w:br/>
        <w:t xml:space="preserve">        "m3u8":"https://oss-live-1.videocc.net/record/record/recordf/1b448be323161536226913173df/2021-03-12-16-13-14_2021-03-12-16-15-07.m3u8",</w:t>
        <w:br/>
        <w:t xml:space="preserve">        "channelSessionId":"fwmnnydr06",</w:t>
        <w:br/>
        <w:t xml:space="preserve">        "liveType":"ppt",</w:t>
        <w:br/>
        <w:t xml:space="preserve">        "daysLeft":165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查询频道单个直播暂存信息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