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查询频道回放设置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单独查询回放开关可使用旧版接口，接口地址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查询频道回放开关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1、查询频道回放设置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https://api.polyv.net/live/v3/channel/playback/get-setting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http://api.polyv.net/live/v3/channel/playback/get-setting?appId=frlr1zazn3&amp;sign=9DC1D9A3AAD34E0DD5C3B3154F1A6F5D&amp;channelId=3187786&amp;timestamp=1655964947987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请求成功返回频道回放设置【详见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回放类型single：单个视频回放list：列表回放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回放的视频来源record：录制文件playback：回放列表vod：点播列表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回放设置，章节开关Y：开启N：关闭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是否应用通用设置Y：是N：否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crontabType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定时回放类型timedOpen：定时打开，timedClosed：定时关闭，period：时间段内打开,custom-自定义,disable：关闭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放开回放的时间,13位毫秒级时间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关闭回放的时间,13位毫秒级时间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playbackMultiplierEnabled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倍数播放开关Y：开启N：关闭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playbackProgressBarOperationType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进度条操作方式drag 拖动,prohibitDrag 禁止拖动,dragHistoryOnly 只能拖动已观看内容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showPlayButtonEnabled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显示播放按钮开关Y：开启N：关闭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customOpenDuration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定时回放：自定义时间,crontType为custom自定义时生效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商品库开关Y：开启N：关闭,开启后，回放时观众将看到商品列表和推送商品，将读取后台最新的商品数据。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商品库互动重现开关Y：开启N：关闭, 开启后，回放时观众将看到商品列表和推送商品，将读取后台最新的商品数据。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签到互动重现开关Y：开启N：关闭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查询频道回放设置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testGetPlaybackSetting()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"http://api.polyv.net/live/v3/channel/playback/get-setting";</w:t>
        <w:br/>
        <w:t xml:space="preserve">    String channelId = "3187786";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log.info("测试查询频道回放设置，返回值：{}",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3187786,</w:t>
        <w:br/>
        <w:t xml:space="preserve">        "type": "single",</w:t>
        <w:br/>
        <w:t xml:space="preserve">        "origin": "record",</w:t>
        <w:br/>
        <w:t xml:space="preserve">        "videoId": null,</w:t>
        <w:br/>
        <w:t xml:space="preserve">        "playbackEnabled": "Y",</w:t>
        <w:br/>
        <w:t xml:space="preserve">        "videoName": null,</w:t>
        <w:br/>
        <w:t xml:space="preserve">        "sectionEnabled": "Y",</w:t>
        <w:br/>
        <w:t xml:space="preserve">        "globalSettingEnabled": "N",</w:t>
        <w:br/>
        <w:t xml:space="preserve">        "chatPlaybackEnabled": "N",</w:t>
        <w:br/>
        <w:t xml:space="preserve">        "crontabType":"period",</w:t>
        <w:br/>
        <w:t xml:space="preserve">        "startTime": 1694102400000,</w:t>
        <w:br/>
        <w:t xml:space="preserve">        "endTime": 1695398400000,</w:t>
        <w:br/>
        <w:t xml:space="preserve">        "productPlaybackEnabled": null,</w:t>
        <w:br/>
        <w:t xml:space="preserve">        "customOpenDuration": 18,</w:t>
        <w:br/>
        <w:t xml:space="preserve">        "playbackMultiplierEnabled": "Y",</w:t>
        <w:br/>
        <w:t xml:space="preserve">        "playbackProgressBarEnabled": "Y",</w:t>
        <w:br/>
        <w:t xml:space="preserve">        "playbackProgressBarOperationType": "drag",</w:t>
        <w:br/>
        <w:t xml:space="preserve">        "showPlayButtonEnabled": "Y",</w:t>
        <w:br/>
        <w:t xml:space="preserve">        "questionnairePlaybackEnabled": "N",</w:t>
        <w:br/>
        <w:t xml:space="preserve">        "qaPlaybackEnabled": "N",</w:t>
        <w:br/>
        <w:t xml:space="preserve">        "cardPushPlaybackEnabled": "N",</w:t>
        <w:br/>
        <w:t xml:space="preserve">        "checkInPlaybackEnabled": "N"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查询频道回放设置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