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查询频道回放开关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1、查询频道的回放开关状态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http://api.polyv.net/live/v3/channel/playback/get-enabled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http://api.polyv.net/live/v3/channel/playback/get-enabled?appId=frlr1zazn3&amp;sign=D9365544A6719F0E3C29B9F1EAB2737F&amp;channelId=2191532&amp;timestamp=1621840617884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请求成功时返回频道回放开关状态Y：开启N：关闭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查询频道的回放开关状态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testGetPlaybackEnabled()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"http://api.polyv.net/live/v3/channel/playback/get-enabled";</w:t>
        <w:br/>
        <w:t xml:space="preserve">    String channelId = "2191532";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log.info("测试查询频道的回放开关状态，返回值：{}",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"data":"Y"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查询频道回放开关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