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查询频道场次信息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1、查询频道直播场次信息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 HH:mm:ss，如果时间为00:00:00也支持格式：yyyy-MM-dd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 HH:mm:ss，如果时间为00:00:00也支持格式：yyyy-MM-dd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每页显示的数据条数，默认20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https://api.polyv.net/live/v3/channel/session/list?endDate=2021-01-01&amp;appId=frlr1zazn3&amp;sign=A7743F8014514A865F73D11A006606C1&amp;pageSize=10&amp;page=1&amp;channelId=2191532&amp;startDate=2020-01-01&amp;timestamp=1621841156849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请求失败时为空，请求成功时为频道直播场次信息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查询频道直播场次信息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testGetChannelSessions()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"https://api.polyv.net/live/v3/channel/session/list";</w:t>
        <w:br/>
        <w:t xml:space="preserve">    String channelId = "2191532";</w:t>
        <w:br/>
        <w:t xml:space="preserve">    String startDate = "2020-01-01";</w:t>
        <w:br/>
        <w:t xml:space="preserve">    String endDate = "2021-01-01";</w:t>
        <w:br/>
        <w:t xml:space="preserve">    String page = "1";</w:t>
        <w:br/>
        <w:t xml:space="preserve">    String pageSize = "10";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requestMap.put("startDate", startDate);</w:t>
        <w:br/>
        <w:t xml:space="preserve">    requestMap.put("endDate", endDate);</w:t>
        <w:br/>
        <w:t xml:space="preserve">    requestMap.put("page", page);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log.info("测试查询频道直播场次信息，返回值：{}",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"pageSize":20,</w:t>
        <w:br/>
        <w:t xml:space="preserve">        "pageNumber":1,</w:t>
        <w:br/>
        <w:t xml:space="preserve">        "totalItems":1,</w:t>
        <w:br/>
        <w:t xml:space="preserve">        "contents":[</w:t>
        <w:br/>
        <w:t xml:space="preserve">            {</w:t>
        <w:br/>
        <w:t xml:space="preserve">                "sessionId":"fwmnnydr06",</w:t>
        <w:br/>
        <w:t xml:space="preserve">                "channelId":2191532,</w:t>
        <w:br/>
        <w:t xml:space="preserve">                "userId":"1b448be323",</w:t>
        <w:br/>
        <w:t xml:space="preserve">                "startTime":1615450395000,</w:t>
        <w:br/>
        <w:t xml:space="preserve">                "endTime":1615450509000</w:t>
        <w:br/>
        <w:t xml:space="preserve">            }</w:t>
        <w:br/>
        <w:t xml:space="preserve">        ],</w:t>
        <w:br/>
        <w:t xml:space="preserve">        "startRow":1,</w:t>
        <w:br/>
        <w:t xml:space="preserve">        "firstPage":true,</w:t>
        <w:br/>
        <w:t xml:space="preserve">        "lastPage":true,</w:t>
        <w:br/>
        <w:t xml:space="preserve">        "prePageNumber":1,</w:t>
        <w:br/>
        <w:t xml:space="preserve">        "limit":1,</w:t>
        <w:br/>
        <w:t xml:space="preserve">        "endRow":1,</w:t>
        <w:br/>
        <w:t xml:space="preserve">        "nextPageNumber":1,</w:t>
        <w:br/>
        <w:t xml:space="preserve">        "totalPages":1,</w:t>
        <w:br/>
        <w:t xml:space="preserve">        "offset":0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查询频道场次信息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