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删除视频库中的视频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1、删除频道回放管理视频库中的某个视频，只是在频道视频库列表删除，点播后台中视频依然存在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http://api.polyv.net/live/v2/channel/recordFile/{channelId}/playback/delete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直播系统中视频id【videoId可通过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查询视频库列表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视频列表类型，普通直播场景默认为vod，三分屏默认为playbackplayback：回放列表vod：点播列表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http://api.polyv.net/live/v2/channel/recordFile/2139283/playback/delete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appId=frlr1zazn3&amp;sign=7478E00AC281647055AE26BE01F55F5F&amp;videoId=73801f70c8&amp;listType=playback&amp;channelId=2139283&amp;timestamp=1621841559746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请求成功返回success，请求失败返回空字符串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删除视频库中的视频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testDeletePlayback()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"http://api.polyv.net/live/v2/channel/recordFile/%s/playback/delete";</w:t>
        <w:br/>
        <w:t xml:space="preserve">    String channelId = "2139283";</w:t>
        <w:br/>
        <w:t xml:space="preserve">    String videoId = "73801f70c8";</w:t>
        <w:br/>
        <w:t xml:space="preserve">    String listType = "playback";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requestMap.put("videoId", videoId);</w:t>
        <w:br/>
        <w:t xml:space="preserve">    requestMap.put("listType", listType);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log.info("测试删除视频库中的视频，返回值：{}",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删除视频库中的视频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