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将点播视频添加到视频库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1、添加账号对应的点播视频到直播频道下的视频库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2、跨频道设置三分屏回放，需要调用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修改视频信息</w:t>
      </w:r>
      <w:r>
        <w:rPr>
          <w:rFonts w:ascii="Source Han Sans SC" w:hAnsi="Source Han Sans SC" w:eastAsia="Source Han Sans SC" w:cs="Source Han Sans SC" w:hint="eastAsia"/>
          <w:sz w:val="21"/>
        </w:rPr>
        <w:t>接口将vid对应视频tag修改为：频道号|ppt，如：2566989|ppt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点播API-搜索视频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获取】，如果跨频道请阅读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接口约束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第二点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添加到视频库列表中的位置，默认为NY：回放列表中置顶N：回放列表中置底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列表类型，普通直播场景默认为vod，三分屏默认为playbackplayback：回放列表vod：点播列表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vid=1b448be32378ab852b8989f5cbf1359c_1&amp;appId=frlr1zazn3&amp;sign=A7AB37F4D0FC3EFFA4B40344E145410D&amp;listType=playback&amp;channelId=2191541&amp;timestamp=1621841372083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请求失败时为空，请求成功时为频道录制视频信息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视频长度，格式为HH:mm:ss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默认视频的播放清晰度1：流畅2：高清3：超清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视频加密状态1：加密0：非加密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关联点播视频的排序字段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添加为回放视频的日期，13位毫秒级时间戳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视频最后修改日期，13位毫秒级时间戳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排序值，值越大优先级越高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是否为默认播放视频Y：播放N：不播放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直播开始时间，格式为：yyyyMMddHHmmss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直播类型alone：活动直播ppt：三分屏topclass：大班课seminar：研讨会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转存文件来源manual：手动录制auto：自动录制merge：合并clip：裁剪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转存视频时设置的回调地址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处理失败的次数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语言类型，默认为中文zh_CN：中文EN：英文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enFileUrl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英文回放文件地址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将点播中的视频添加到视频库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testAddVodPlayback()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"http://api.polyv.net/live/v3/channel/playback/add";</w:t>
        <w:br/>
        <w:t xml:space="preserve">    String channelId = "2191532";</w:t>
        <w:br/>
        <w:t xml:space="preserve">    String vid = "1b448be323e68e4404332113a57353b2_1";</w:t>
        <w:br/>
        <w:t xml:space="preserve">    String setAsDefault = "Y";</w:t>
        <w:br/>
        <w:t xml:space="preserve">    String listType = "playback";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requestMap.put("vid", vid);</w:t>
        <w:br/>
        <w:t xml:space="preserve">    requestMap.put("setAsDefault", setAsDefault);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log.info("测试将点播中的视频添加到视频库，返回值：{}",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"videoId":"1b96d90bf5",</w:t>
        <w:br/>
        <w:t xml:space="preserve">        "videoPoolId":"1b448be323e68e4404332113a57353b2",</w:t>
        <w:br/>
        <w:t xml:space="preserve">        "userId":"1b448be323",</w:t>
        <w:br/>
        <w:t xml:space="preserve">        "channelId":2191532,</w:t>
        <w:br/>
        <w:t xml:space="preserve">        "title":"Spring 知识精讲1111",</w:t>
        <w:br/>
        <w:t xml:space="preserve">        "firstImage":"1b448be323/2/1b448be323e68e4404332113a57353b2_0.jpg",</w:t>
        <w:br/>
        <w:t xml:space="preserve">        "duration":"00:01:53",</w:t>
        <w:br/>
        <w:t xml:space="preserve">        "myBr":"1",</w:t>
        <w:br/>
        <w:t xml:space="preserve">        "qid":null,</w:t>
        <w:br/>
        <w:t xml:space="preserve">        "seed":0,</w:t>
        <w:br/>
        <w:t xml:space="preserve">        "ordertime":0,</w:t>
        <w:br/>
        <w:t xml:space="preserve">        "createdTime":1615515464000,</w:t>
        <w:br/>
        <w:t xml:space="preserve">        "lastModified":1615777234000,</w:t>
        <w:br/>
        <w:t xml:space="preserve">        "rank":0,</w:t>
        <w:br/>
        <w:t xml:space="preserve">        "asDefault":"N",</w:t>
        <w:br/>
        <w:t xml:space="preserve">        "url":"https://hls.videocc.net/source/1b448be323/2/1b448be323e68e4404332113a57353b2_1.m3u8",</w:t>
        <w:br/>
        <w:t xml:space="preserve">        "channelSessionId":"fwmnnydr06",</w:t>
        <w:br/>
        <w:t xml:space="preserve">        "status":"Y",</w:t>
        <w:br/>
        <w:t xml:space="preserve">        "fileUrl":"https://oss-live-2.videocc.net/record/record/recordf/1b448be323161536226913173df/1b448be323e68e4404332113a57353b2/2021-03-11-16-13-14_2021-03-11-16-15-07.m3u8",</w:t>
        <w:br/>
        <w:t xml:space="preserve">        "fileId":"94ea693e1733389ae2e7693ebdacbd43",</w:t>
        <w:br/>
        <w:t xml:space="preserve">        "startTime":"20210311161313",</w:t>
        <w:br/>
        <w:t xml:space="preserve">        "liveType":"ppt",</w:t>
        <w:br/>
        <w:t xml:space="preserve">        "width":1280,</w:t>
        <w:br/>
        <w:t xml:space="preserve">        "height":720,</w:t>
        <w:br/>
        <w:t xml:space="preserve">        "origin":"auto",</w:t>
        <w:br/>
        <w:t xml:space="preserve">        "callbackUrl":null,</w:t>
        <w:br/>
        <w:t xml:space="preserve">        "errorCount":0,</w:t>
        <w:br/>
        <w:t xml:space="preserve">        "lang":"zh_CN",</w:t>
        <w:br/>
        <w:t xml:space="preserve">        "videoIdEN":null,</w:t>
        <w:br/>
        <w:t xml:space="preserve">        "enFileUrl":null,</w:t>
        <w:br/>
        <w:t xml:space="preserve">        "mergeinfo":null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将点播视频添加到视频库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