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修改频道密码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1、修改单个频道号的密码，或者修改账号下所有频道号的密码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http://api.polyv.net/live/v2/channels/{userId}/passwdSetting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修改的密码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频道号，如果该参数为空，会对该用户所有的频道进行修改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http://api.polyv.net/live/v2/channels/1b448be323/passwdSetting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passwd=Ypul5tU6WuT0mr7N&amp;appId=frlr1zazn3&amp;sign=46CACF26B12D98A229F85441EB487019&amp;channelId=2191532&amp;timestamp=1621840423556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请求成功时为true，请求失败为空字符串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修改频道密码</w:t>
        <w:br/>
        <w:t xml:space="preserve"> * @throws IOException</w:t>
        <w:br/>
        <w:t xml:space="preserve"> */</w:t>
        <w:br/>
        <w:t>@Test</w:t>
        <w:br/>
        <w:t>public void testUpdatePassword()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channelId = "2191532";</w:t>
        <w:br/>
        <w:t xml:space="preserve">    String temp = String.format("http://api.polyv.net/live/v2/channels/%s/passwdSetting", userId);</w:t>
        <w:br/>
        <w:t xml:space="preserve">    String passwd = getRandomString(8);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requestMap.put("channelId", channelId);</w:t>
        <w:br/>
        <w:t xml:space="preserve">    requestMap.put("passwd", passwd);</w:t>
        <w:br/>
        <w:br/>
        <w:t xml:space="preserve">    requestMap.put("sign", LiveSignUtil.getSign(requestMap, appSecret));</w:t>
        <w:br/>
        <w:t xml:space="preserve">    String response = HttpUtil.postFormBody(temp, requestMap);</w:t>
        <w:br/>
        <w:t xml:space="preserve">    log.info("测试修改频道密码接口返回值：{}",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修改频道密码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