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修改频道商品库开关状态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1、修改频道商品库开关状态，如果没有开启商品库权限请联系客服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http://api.polyv.net/live/v3/channel/product/update-enabled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开关状态Y：开启 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http://api.polyv.net/live/v3/channel/product/update-enabled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appId=frlr1zazn3&amp;sign=E10F04266727F4960848228059788FE2&amp;channelId=2191569&amp;enabled=Y&amp;timestamp=1621843540123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响应成功时返回SUCCESS字符串，失败时返回空字符串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修改频道商品库开关状态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testUpdateChannelProductEnabled()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url="http://api.polyv.net/live/v3/channel/product/update-enabled";</w:t>
        <w:br/>
        <w:t xml:space="preserve">    String channelId="2191569";</w:t>
        <w:br/>
        <w:t xml:space="preserve">    String enabled="Y";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requestMap.put("enabled", enabled);</w:t>
        <w:br/>
        <w:t xml:space="preserve">    requestMap.put("sign", LiveSignUtil.getSign(requestMap, appSecret));</w:t>
        <w:br/>
        <w:t xml:space="preserve">    String response = HttpUtil.postFormBody(url,requestMap);</w:t>
        <w:br/>
        <w:t xml:space="preserve">    log.info("测试修改频道商品库开关状态，返回值：{}",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修改频道商品库开关状态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