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修改频道商品信息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1、编辑频道商品库商品信息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商品库商品productId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商品名称，必填，长度范围：1-100注：接口可支持100字符，直播后台设置仅支持50个字符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商品上下架状态1：上架状态 2：下架状态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 10：通用链接11：多平台链接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商品封面链接，长度范围：1-500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金融商品参数，产品收益率/价格，如：87.99%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通用链接（linkType=10）商品链接，长度1-500，必填 多平台链接（linkType=11），非必填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pc端跳转链接，长度1-500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移动web端链接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小程序端Id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小程序端appId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自定义参数，json对象，例如：</w:t>
            </w:r>
            <w:r>
              <w:rPr>
                <w:rFonts w:ascii="Menlo" w:hAnsi="Menlo"/>
                <w:color w:val="444444"/>
                <w:sz w:val="17"/>
              </w:rPr>
              <w:t>{"id":21,"color":"blue","level":1}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该参数以String类型接收，请求时需要转义，见下方请求体参数示例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商品标签ID, json对象 例如: </w:t>
            </w:r>
            <w:r>
              <w:rPr>
                <w:rFonts w:ascii="Menlo" w:hAnsi="Menlo"/>
                <w:color w:val="444444"/>
                <w:sz w:val="17"/>
              </w:rPr>
              <w:t>[1,2,3]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该参数以String类型的json对象接收，请求时需要转义，见下方请求体参数示例普通商品（productType为normal）时，产品标签，json数组，例如：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职位商品（productType为position）时，职位标签，json数组，例如：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"tab2", "tab3"]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,职位商品标签不足三个时用空字符串代替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金额CUSTOM: 自定义不传时默认为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商品实际价格-金额，priceType=AMOUNT 时必传，最高精确度为两位小数，如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商品原始价格（划线价格）类型，可选值有：AMOUNT: 金额CUSTOM: 自定义默认为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商品原始价格（划线价格）-金额，originalPriceType=AMOUNT 时生效，最高精确度为两位小数，如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http://api.polyv.net/live/v3/channel/product/update?appId=frlr1zazn3&amp;sign=4C8FCD995644EEB248AB2CE70329F4D2&amp;channelId=1965681&amp;timestamp=1621843510009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"productId": 27538,</w:t>
        <w:br/>
        <w:tab/>
        <w:t>"name": "开心豆",</w:t>
        <w:br/>
        <w:tab/>
        <w:t>"price": 0.99,</w:t>
        <w:br/>
        <w:tab/>
        <w:t>"cover": "//liveimages.videocc.net/uploadimage/20200827/chat_img_1779741_15985125681801.jpeg?x-oss-process=image/crop,x_95,y_0,w_235,h_235",</w:t>
        <w:br/>
        <w:tab/>
        <w:t>"link": "",</w:t>
        <w:br/>
        <w:tab/>
        <w:t>"status": 1,</w:t>
        <w:br/>
        <w:tab/>
        <w:t>"realPrice": 1.99,</w:t>
        <w:br/>
        <w:t xml:space="preserve">    "yield": "87.99%",</w:t>
        <w:br/>
        <w:tab/>
        <w:t>"linkType": 11,</w:t>
        <w:br/>
        <w:tab/>
        <w:t>"pcLink": "https://www.polyv.net/",</w:t>
        <w:br/>
        <w:tab/>
        <w:t>"mobileLink": "",</w:t>
        <w:br/>
        <w:tab/>
        <w:t>"wxMiniprogramLink": "",</w:t>
        <w:br/>
        <w:tab/>
        <w:t>"wxMiniprogramOriginalId": "",</w:t>
        <w:br/>
        <w:tab/>
        <w:t>"mobileAppLink": "",</w:t>
        <w:br/>
        <w:tab/>
        <w:t>"params": "{\"color\": \"red\"}",</w:t>
        <w:br/>
        <w:t xml:space="preserve">    "productDetail" : "&lt;p&gt;这是商品详情！&lt;/p&gt;"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响应成功返回SUCCESS，失败返回空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修改商品信息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testUpdateChannelProduct()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"http://api.polyv.net/live/v3/channel/product/update";</w:t>
        <w:br/>
        <w:t xml:space="preserve">    String channelId = "1965681";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String body = "{\"productId\":27538,\"name\":\"开心豆\",\"price\":0.99,\"cover\":\"//liveimages.videocc.net/uploadimage/20200827/chat_img_1779741_15985125681801.jpeg?x-oss-process=image/crop,x_95,y_0,w_235,h_235\",\"link\":\"\",\"status\":1,\"realPrice\":1.99,\"linkType\":11,\"pcLink\":\"https://www.polyv.net\",\"mobileLink\":\"\",\"wxMiniprogramLink\":\"\",\"wxMiniprogramOriginalId\":\"\",\"mobileAppLink\":\"\",\"params\":\"{\\\"cc\\\": 11}\"}";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log.info("测试修改商品信息：{}",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修改频道商品信息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