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修改角色信息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1、修改助教或嘉宾的信息</w:t>
        <w:br/>
        <w:t>2、接口URL中的{channelId}为频道号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http://api.polyv.net/live/v2/channelAccount/{channelId}/update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account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助教/嘉宾账号（不能以数字类型提交，否则可能去掉角色号前的00）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角色昵称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password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角色密码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avatar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角色头像链接，不超过200个字符长度，超过将返回400异常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角色头衔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pageTurnEnabled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角色翻页权限，只能一个角色有，仅支持三分屏场景Y：开启N：关闭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notifyEnabled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角色公告权限Y：开启N：关闭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http://api.polyv.net/live/v2/channelAccount/2191541/update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ctor=%E5%8A%A9%E6%95%99&amp;password=123456&amp;pageTurnEnabled=Y&amp;notifyEnabled=Y&amp;appId=frlr1zazn3&amp;nickname=%E9%99%88%E8%80%81%E5%B8%88&amp;sign=08B5096C4EBA19C10750D4570004C9E1&amp;avatar=https%3A%2F%2Fs1.videocc.net%2Fdefault-img%2Favatar%2Fassistant.png&amp;account=0052191541&amp;timestamp=1621841976967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请求成功时为success，请求失败为空字符串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LoggerFactory.getLogger(ChannelOperateTest.class);</w:t>
        <w:br/>
        <w:t>/**</w:t>
        <w:br/>
        <w:t xml:space="preserve"> * 设置角色信息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testUpdateAccount()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"https://api.polyv.net/live/v2/channelAccount/%s/update";</w:t>
        <w:br/>
        <w:t xml:space="preserve">    String channelId = "2149710";</w:t>
        <w:br/>
        <w:t xml:space="preserve">    String account = "0062149710";</w:t>
        <w:br/>
        <w:t xml:space="preserve">    String nickname = "王老师";</w:t>
        <w:br/>
        <w:t xml:space="preserve">    String password = getRandomString(10);</w:t>
        <w:br/>
        <w:t xml:space="preserve">    String avatar = "https://s1.videocc.net/default-img/avatar/assistant.png";</w:t>
        <w:br/>
        <w:t xml:space="preserve">    String actor = "助教";</w:t>
        <w:br/>
        <w:t xml:space="preserve">    String pageTurnEnabled = "Y";</w:t>
        <w:br/>
        <w:t xml:space="preserve">    String notifyEnabled = "Y";</w:t>
        <w:br/>
        <w:br/>
        <w:t xml:space="preserve">    url = String.format(url, channelId);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requestMap.put("account", account);</w:t>
        <w:br/>
        <w:t xml:space="preserve">    requestMap.put("nickname", nickname);</w:t>
        <w:br/>
        <w:t xml:space="preserve">    requestMap.put("password", password);</w:t>
        <w:br/>
        <w:t xml:space="preserve">    requestMap.put("avatar", avatar);</w:t>
        <w:br/>
        <w:t xml:space="preserve">    requestMap.put("actor", actor);</w:t>
        <w:br/>
        <w:t xml:space="preserve">    requestMap.put("pageTurnEnabled", pageTurnEnabled);</w:t>
        <w:br/>
        <w:t xml:space="preserve">    requestMap.put("notifyEnabled", notifyEnabled);</w:t>
        <w:br/>
        <w:t xml:space="preserve">    requestMap.put("sign", LiveSignUtil.getSign(requestMap, appSecret));</w:t>
        <w:br/>
        <w:t xml:space="preserve">    String response = HttpUtil.postFormBody(url, requestMap);</w:t>
        <w:br/>
        <w:t xml:space="preserve">    log.info("测试设置角色信息，返回值：{}",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"data":"success"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修改角色信息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