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修改频道观看人数限制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1、设置频道最大观看在线人数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http://api.polyv.net/live/v2/channelRestrict/{channelId}/set-max-viewer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最大观看在线人数，等于0时表示关闭在线人数观看限制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http://api.polyv.net/live/v2/channelRestrict/2202970/set-max-viewer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appId=frlr1zazn3&amp;sign=257EB6F11921A8BDCE2B8210A97F9A7B&amp;userId=1b448be323&amp;timestamp=1621840764246&amp;maxViewer=20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请求成功时为设置成功，请求失败为空字符串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修改频道观看人数限制</w:t>
        <w:br/>
        <w:t xml:space="preserve"> * @throws IOException</w:t>
        <w:br/>
        <w:t xml:space="preserve"> */</w:t>
        <w:br/>
        <w:t>@Test</w:t>
        <w:br/>
        <w:t>public void testSetMaxViewer()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"2202970";</w:t>
        <w:br/>
        <w:t xml:space="preserve">    String url = String.format("http://api.polyv.net/live/v2/channelRestrict/%s/set-max-viewer",channelId);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requestMap.put("maxViewer", "20");</w:t>
        <w:br/>
        <w:t xml:space="preserve">    requestMap.put("userId", userId);</w:t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log.info("测试修改频道观看人数限制接口返回值：{}",response);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"设置成功"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修改频道观看人数限制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