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引用平台商品到频道商品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1、将平台商品引用到指定频道（支持是否同步平台商品标签）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http://api.polyv.net/live/v3/channel/product/reference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2、复制时必须提供 originId 与 status；withTags 为可选（默认false）。复制策略固定为 REF，无需传入 strategy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平台商品原始ID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商品上下架状态：1=上架，2=下架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withTags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是否同步平台商品标签，默认false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http://api.polyv.net/live/v3/channel/product/reference?appId=frlr1zazn3&amp;timestamp=1670471250000&amp;channelId=2288633&amp;sign=149397BFD607C518A841DAF8777D6A7E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"originId": "1986275608147554304",</w:t>
        <w:br/>
        <w:t xml:space="preserve">  "status": 1,</w:t>
        <w:br/>
        <w:t xml:space="preserve">  "withTags": false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错误或提示信息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成功时返回新增频道商品信息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快速接入基础代码请下载相关依赖源码， 点击下载源代码，加入到工程中即可。测试用例中的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均包含在下载文件。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完成API的功能对接，SDK对API调用、异常处理、签名、HTTP线程池统一封装。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复制平台商品到频道</w:t>
        <w:br/>
        <w:t xml:space="preserve"> */</w:t>
        <w:br/>
        <w:t>@Test</w:t>
        <w:br/>
        <w:t>public void testCopyChannelProduct() throws IOException, NoSuchAlgorithmException {</w:t>
        <w:br/>
        <w:t xml:space="preserve">    // 公共参数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 业务参数</w:t>
        <w:br/>
        <w:t xml:space="preserve">    String channelId = "2288633";</w:t>
        <w:br/>
        <w:t xml:space="preserve">    String url = "http://api.polyv.net/live/v3/channel/product/reference";</w:t>
        <w:br/>
        <w:br/>
        <w:t xml:space="preserve">    // 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Map&lt;String, Object&gt; json = new HashMap&lt;&gt;();</w:t>
        <w:br/>
        <w:t xml:space="preserve">    json.put("originId", "1986275608147554304");</w:t>
        <w:br/>
        <w:t xml:space="preserve">    json.put("status", 1);</w:t>
        <w:br/>
        <w:t xml:space="preserve">    json.put("withTags", false);</w:t>
        <w:br/>
        <w:br/>
        <w:t xml:space="preserve">    String response = HttpUtil.postJsonBody(url, JSON.toJSONString(json), null);</w:t>
        <w:br/>
        <w:t xml:space="preserve">    log.info("测试复制平台商品到频道：{}",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"productId": 134827,</w:t>
        <w:br/>
        <w:t xml:space="preserve">    "userId": "1b448be323",</w:t>
        <w:br/>
        <w:t xml:space="preserve">    "channelId": 2272655,</w:t>
        <w:br/>
        <w:t xml:space="preserve">    "name": "测试添加金融产品1",</w:t>
        <w:br/>
        <w:t xml:space="preserve">    "price": null,</w:t>
        <w:br/>
        <w:t xml:space="preserve">    "cover": "",</w:t>
        <w:br/>
        <w:t xml:space="preserve">    "link": "http://live.polyv.net",</w:t>
        <w:br/>
        <w:t xml:space="preserve">    "status": 1,</w:t>
        <w:br/>
        <w:t xml:space="preserve">    "createdTime": 1661390909000,</w:t>
        <w:br/>
        <w:t xml:space="preserve">    "lastModified": 1661390909000,</w:t>
        <w:br/>
        <w:t xml:space="preserve">    "rank": 55,</w:t>
        <w:br/>
        <w:t xml:space="preserve">    "realPrice": 0,</w:t>
        <w:br/>
        <w:t xml:space="preserve">    "type": "live",</w:t>
        <w:br/>
        <w:t xml:space="preserve">    "linkType": 10,</w:t>
        <w:br/>
        <w:t xml:space="preserve">    "pcLink": "",</w:t>
        <w:br/>
        <w:t xml:space="preserve">    "mobileLink": "",</w:t>
        <w:br/>
        <w:t xml:space="preserve">    "androidLink": null,</w:t>
        <w:br/>
        <w:t xml:space="preserve">    "iosLink": null,</w:t>
        <w:br/>
        <w:t xml:space="preserve">    "otherLink": null,</w:t>
        <w:br/>
        <w:t xml:space="preserve">    "wxMiniprogramLink": "",</w:t>
        <w:br/>
        <w:t xml:space="preserve">    "wxMiniprogramOriginalId": "",</w:t>
        <w:br/>
        <w:t xml:space="preserve">    "mobileAppLink": "",</w:t>
        <w:br/>
        <w:t xml:space="preserve">    "params": "{\"id\": 21, \"color\": \"blue\", \"level\": 1}",</w:t>
        <w:br/>
        <w:t xml:space="preserve">    "productType": "finance",</w:t>
        <w:br/>
        <w:t xml:space="preserve">    "btnShow": "测试按钮显示",</w:t>
        <w:br/>
        <w:t xml:space="preserve">    "features": "[\"tab1\", \"tab2\"]",</w:t>
        <w:br/>
        <w:t xml:space="preserve">    "productDesc": "测试产品描述",</w:t>
        <w:br/>
        <w:t xml:space="preserve">    "yield": "10.01%"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引用平台商品到频道商品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