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推送频道商品库商品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1、推送频道商品库商品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http://api.polyv.net/live/v3/channel/product/push-product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商品productId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pushCardType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商品推送卡片类型【可选值：smallCard：小卡片、bigCard：大卡片】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http://api.polyv.net/live/v3/channel/product/push-product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productId=29426&amp;appId=frlr1zazn3&amp;sign=25B1C55EA9B53C8BBD7D835A9CAF8B3B&amp;channelId=1965681&amp;timestamp=1621843461972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响应成功时返回null，失败时返回空字符串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推送商品库商品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testPushChannelProduct()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url="http://api.polyv.net/live/v3/channel/product/push-product";</w:t>
        <w:br/>
        <w:t xml:space="preserve">    String channelId="1965681";</w:t>
        <w:br/>
        <w:t xml:space="preserve">    String productId="29426";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requestMap.put("productId", productId);</w:t>
        <w:br/>
        <w:t xml:space="preserve">    requestMap.put("sign", LiveSignUtil.getSign(requestMap, appSecret));</w:t>
        <w:br/>
        <w:t xml:space="preserve">    String response = HttpUtil.postFormBody(url,requestMap);</w:t>
        <w:br/>
        <w:t xml:space="preserve">    log.info("测试推送商品库商品，返回值：{}",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"data":null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推送频道商品库商品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