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查询重制课件任务列表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1、查询课件重制任务列表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http://api.polyv.net/live/v3/channel/pptRecord/list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重制课件模块中的场次id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状态值waiting：等待处理process：处理中success：重制成功fail：重制失败uploaded：上传点播成功uploadFailed：上传点播失败vodOweUploadFailed：点播欠费vodSpaceOverUploadFailed：点播空间不足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直播开始时间开始区间，格式为yyyyMMddHHmmss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直播开始时间结束区间，格式为yyyyMMddHHmmss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ptRecord/list?appId=frlr1zazn3&amp;sign=4D564199C480715472D1929201121282&amp;pageSize=2&amp;startTime=20200111000000&amp;sessionId=fsb50pwxec&amp;endTime=20201111000000&amp;page=1&amp;channelId=1965681&amp;timestamp=1621842179615&amp;status=success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响应成功时返回重制课件结果集【详见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对应回放的名称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重制mp4下载地址，有24小时的防盗链超时时间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重制课件模块中的场次id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对应回放的直播开始时间，格式为yyyyMMddhhmmss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状态值waiting：等待处理process：处理中success：重制成功fail：重制失败uploaded：上传点播成功uploadFailed：上传点播失败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重制剩余的过期时间，过期后将无法访问和下载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重制的视频时长，单位秒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直播系统视频ID，如：992d36fa40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重制课件上传到点播的点播视频VID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查询重制课件任务列表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testPptRecordList()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url="http://api.polyv.net/live/v3/channel/pptRecord/list";</w:t>
        <w:br/>
        <w:t xml:space="preserve">    String channelId="1965681";</w:t>
        <w:br/>
        <w:t xml:space="preserve">    String sessionId="fsb50pwxec";</w:t>
        <w:br/>
        <w:t xml:space="preserve">    String status="success";</w:t>
        <w:br/>
        <w:t xml:space="preserve">    String startTime="20200111000000";</w:t>
        <w:br/>
        <w:t xml:space="preserve">    String endTime="20201111000000";</w:t>
        <w:br/>
        <w:t xml:space="preserve">    String page=String.valueOf(1);</w:t>
        <w:br/>
        <w:t xml:space="preserve">    String pageSize=String.valueOf(2);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requestMap.put("sessionId", sessionId);</w:t>
        <w:br/>
        <w:t xml:space="preserve">    requestMap.put("status", status);</w:t>
        <w:br/>
        <w:t xml:space="preserve">    requestMap.put("startTime", startTime);</w:t>
        <w:br/>
        <w:t xml:space="preserve">    requestMap.put("endTime", endTime);</w:t>
        <w:br/>
        <w:t xml:space="preserve">    requestMap.put("page", page);</w:t>
        <w:br/>
        <w:t xml:space="preserve">    requestMap.put("pageSize", pageSize);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log.info("测试查询重制课件任务列表，返回值：{}", response);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"pageNumber": 1,</w:t>
        <w:br/>
        <w:t xml:space="preserve">        "totalPages": 1,</w:t>
        <w:br/>
        <w:t xml:space="preserve">        "pageSize": 2,</w:t>
        <w:br/>
        <w:t xml:space="preserve">        "contents": [</w:t>
        <w:br/>
        <w:t xml:space="preserve">            {</w:t>
        <w:br/>
        <w:t xml:space="preserve">                "taskId": 236067,</w:t>
        <w:br/>
        <w:t xml:space="preserve">                "channelId": 1965681,</w:t>
        <w:br/>
        <w:t xml:space="preserve">                "title": "修改标题后",</w:t>
        <w:br/>
        <w:t xml:space="preserve">                "url": "http://playback.videocc.net/transform/992d36fa40_0.mp4?auth_key=1652509714-0-0-31919e0b005ec2c1b89b0385394f88ec",</w:t>
        <w:br/>
        <w:t xml:space="preserve">                "sessionId": "fsb50pwxec",</w:t>
        <w:br/>
        <w:t xml:space="preserve">                "startTime": "20201021145602",</w:t>
        <w:br/>
        <w:t xml:space="preserve">                "status": "success",</w:t>
        <w:br/>
        <w:t xml:space="preserve">                "remainDay": 0,</w:t>
        <w:br/>
        <w:t xml:space="preserve">                "duration": 5,</w:t>
        <w:br/>
        <w:t xml:space="preserve">                "videoId": "992d36fa40",</w:t>
        <w:br/>
        <w:t xml:space="preserve">                "vid": "1b448be32312e7504159ce7008c81295_1"</w:t>
        <w:br/>
        <w:t xml:space="preserve">            },</w:t>
        <w:br/>
        <w:t xml:space="preserve">            {</w:t>
        <w:br/>
        <w:t xml:space="preserve">                "taskId": 402456,</w:t>
        <w:br/>
        <w:t xml:space="preserve">                "channelId": 1965681,</w:t>
        <w:br/>
        <w:t xml:space="preserve">                "title": "回放183-33",</w:t>
        <w:br/>
        <w:t xml:space="preserve">                "url": "http://playback.videocc.net/transform/14785e39ff_1.mp4?auth_key=1654219664-0-0-a3ca953d6666a788151abe56009ac90a",</w:t>
        <w:br/>
        <w:t xml:space="preserve">                "sessionId": "g1yjsdnu9q",</w:t>
        <w:br/>
        <w:t xml:space="preserve">                "startTime": "20210901171754",</w:t>
        <w:br/>
        <w:t xml:space="preserve">                "status": "success",</w:t>
        <w:br/>
        <w:t xml:space="preserve">                "remainDay": 0,</w:t>
        <w:br/>
        <w:t xml:space="preserve">                "duration": 92,</w:t>
        <w:br/>
        <w:t xml:space="preserve">                "videoId": "14785e39ff",</w:t>
        <w:br/>
        <w:t xml:space="preserve">                "vid": null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查询重制课件任务列表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