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查询频道重制课件配置信息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1、查询频道重制课件参数设置信息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http://api.polyv.net/live/v3/channel/pptRecord/get-setting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http://api.polyv.net/live/v3/channel/pptRecord/get-setting?appId=frlr1zazn3&amp;sign=737C622B50A424E007E2CFF0BA68D416&amp;channelId=1965681&amp;timestamp=1629708273547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响应成功时返回重制课件结果集【详见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视频布局方式0：三分屏1：纯文档2：画中画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是否使用通用设置Y：是N：否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videoRatio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摄像头画面比例0：画面比例16:91：画面比例4:3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brandImgFile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backgroundImgFile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背景图片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actionPosition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重制课件摄像头位置left：左侧right：右侧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查询频道重制课件配置信息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pptGetSettingTest()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"http://api.polyv.net/live/v3/channel/pptRecord/get-setting";</w:t>
        <w:br/>
        <w:t xml:space="preserve">    String channelId = "1965681";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log.info("测试查询频道重制课件配置信息：{}",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"channelId": 1965681,</w:t>
        <w:br/>
        <w:t xml:space="preserve">        "userId": "1b448be323",</w:t>
        <w:br/>
        <w:t xml:space="preserve">        "type": 0,</w:t>
        <w:br/>
        <w:t xml:space="preserve">        "globalSettingEnabled": "N",</w:t>
        <w:br/>
        <w:t xml:space="preserve">        "backgroundImg": "http://liveimages.videocc.net/uploadimage/20201126/remakeCoursewareBg_1606386346554_8190198.jpg",</w:t>
        <w:br/>
        <w:t xml:space="preserve">        "videoRatio": "0",</w:t>
        <w:br/>
        <w:t xml:space="preserve">        "brandImg": "",</w:t>
        <w:br/>
        <w:t xml:space="preserve">        "createdTime": 1603155366000,</w:t>
        <w:br/>
        <w:t xml:space="preserve">        "lastModified": 1624506556000,</w:t>
        <w:br/>
        <w:t xml:space="preserve">        "actionPosition": "right"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查询频道重制课件配置信息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