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获取频道关注公众号设置信息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1、查询关注公众号设置接口</w:t>
        <w:br/>
        <w:t>2、支持多个频道查询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http://api.polyv.net/live/v3/channel/promotion/list-channels-follow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频道号,多个频道用“,”分隔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http://api.polyv.net/live/v3/channel/promotion/list-channels-follow?appId=fso8gzbxlr&amp;timestamp=1628061073000&amp;channelIds=2452644,2446799&amp;sign=90A6E0ECEDE5DB34FD859101136A6318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响应成功时返回结果集【详见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关注公众号设置列表【详见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Detail参数描述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Detail参数描述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关注公众号功能开关，开启Y、关闭N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autoShowEnabled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主动弹窗开关，开启Y、关闭N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二维码图片链接地址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entranceText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入口文案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弹窗提示文案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pcFollowTips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PC-弹窗文案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修改回调设置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testUpdateSetting()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url="https://api.polyv.net/live/v3/channel/promotion/list-channels-follow";</w:t>
        <w:br/>
        <w:t xml:space="preserve">    String channelIds="2452644,2446799";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requestMap.put("channelIds", channelIds);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log.info("查询关注公众号设置，返回值：{}",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"list": [</w:t>
        <w:br/>
        <w:t xml:space="preserve">            {</w:t>
        <w:br/>
        <w:t xml:space="preserve">                "channelId": 2446799,</w:t>
        <w:br/>
        <w:t xml:space="preserve">                "enabled": "N",</w:t>
        <w:br/>
        <w:t xml:space="preserve">                "autoShowEnabled": "N",</w:t>
        <w:br/>
        <w:t xml:space="preserve">                "qrCodeUrl": "//liveimages.videocc.net/uploaded/images/2021/08/g13osnscym.jpeg",</w:t>
        <w:br/>
        <w:t xml:space="preserve">                "entranceText": "welcome",</w:t>
        <w:br/>
        <w:t xml:space="preserve">                "tips": "tips"</w:t>
        <w:br/>
        <w:t xml:space="preserve">            },</w:t>
        <w:br/>
        <w:t xml:space="preserve">            {</w:t>
        <w:br/>
        <w:t xml:space="preserve">                "channelId": 2452644,</w:t>
        <w:br/>
        <w:t xml:space="preserve">                "enabled": "N",</w:t>
        <w:br/>
        <w:t xml:space="preserve">                "autoShowEnabled": "N",</w:t>
        <w:br/>
        <w:t xml:space="preserve">                "qrCodeUrl": "//liveimages.videocc.net/uploaded/images/2021/08/g13osnscym.jpeg",</w:t>
        <w:br/>
        <w:t xml:space="preserve">                "entranceText": "welcome",</w:t>
        <w:br/>
        <w:t xml:space="preserve">                "tips": "tips"</w:t>
        <w:br/>
        <w:t xml:space="preserve">            }</w:t>
        <w:br/>
        <w:t xml:space="preserve">        ]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获取频道关注公众号设置信息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