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查询子账号频道列表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1、查询子账号频道列表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http://api.polyv.net/live/v4/channel/channel-user-children/get-channels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频道创建时间-起始范围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频道创建时间-结束范围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http://api.polyv.net/live/v4/channel/channel-user-children/get-channels?childUserId=${childUserId}&amp;pageNumber=1&amp;pageSize=10&amp;appId=${your_appId}&amp;sign=${your_sign}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组织架构ID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清空频道公告信息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noticeCleanTest()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Integer pageNumber = 1;</w:t>
        <w:br/>
        <w:t xml:space="preserve">    Integer pageSize = 10;</w:t>
        <w:br/>
        <w:br/>
        <w:t xml:space="preserve">    //业务参数</w:t>
        <w:br/>
        <w:t xml:space="preserve">    String url = "http://api.polyv.net/live/v4/channel/channel-user-children/get-channels";</w:t>
        <w:br/>
        <w:t xml:space="preserve">    String childUserId = "xx";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requestMap.put("childUserId", channelId);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log.info("测试清空频道公告信息成功：{}",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"b85a17e1-a894-432c-a086-12ba3a6ee320",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"channelId": 3729186,</w:t>
        <w:br/>
        <w:t xml:space="preserve">                "organizationId": "1886",</w:t>
        <w:br/>
        <w:t xml:space="preserve">                "createdTime": 1675062332000</w:t>
        <w:br/>
        <w:t xml:space="preserve">            },</w:t>
        <w:br/>
        <w:t xml:space="preserve">            {</w:t>
        <w:br/>
        <w:t xml:space="preserve">                "channelId": 5052255,</w:t>
        <w:br/>
        <w:t xml:space="preserve">                "organizationId": "1894",</w:t>
        <w:br/>
        <w:t xml:space="preserve">                "createdTime": 1722828648000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查询子账号频道列表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