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查询转播频道信息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1、查询账号或频道下的转播列表信息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http://api.polyv.net/live/v3/channel/transmit/get-associations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发起转播频道号，如果不传，则查询appId对应的账号下所有转播频道关联关系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https://api.polyv.net/live/v3/channel/transmit/get-associations?appId=frlr1zazn3&amp;sign=37A6FD50B2FEEC94A779A77E26E5AF25&amp;timestamp=1621843161944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响应成功时返回账号下频道的转播列表信息数组【详见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发起转播频道号，如果一个接收转播频道没有关联主频道，则该值为null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接收转播频道号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查询转播频道信息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testGetTransmitAssociations() throws IOException, NoSuchAlgorithmException {</w:t>
        <w:br/>
        <w:t xml:space="preserve">    //公共参数,填写自己的实际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url="https://api.polyv.net/live/v3/channel/transmit/get-associations";</w:t>
        <w:br/>
        <w:t xml:space="preserve">    String channelId="2191569";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log.info("测试查询转播频道信息，返回值：{}",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"data":[</w:t>
        <w:br/>
        <w:t xml:space="preserve">        {</w:t>
        <w:br/>
        <w:t xml:space="preserve">            "channelId":null,</w:t>
        <w:br/>
        <w:t xml:space="preserve">            "receiveChannelId":2191541</w:t>
        <w:br/>
        <w:t xml:space="preserve">        },</w:t>
        <w:br/>
        <w:t xml:space="preserve">        {</w:t>
        <w:br/>
        <w:t xml:space="preserve">            "channelId":null,</w:t>
        <w:br/>
        <w:t xml:space="preserve">            "receiveChannelId":2191532</w:t>
        <w:br/>
        <w:t xml:space="preserve">        },</w:t>
        <w:br/>
        <w:t xml:space="preserve">        {</w:t>
        <w:br/>
        <w:t xml:space="preserve">            "channelId":null,</w:t>
        <w:br/>
        <w:t xml:space="preserve">            "receiveChannelId":1972965</w:t>
        <w:br/>
        <w:t xml:space="preserve">        }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查询转播频道信息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